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86C90" w14:textId="77777777" w:rsidR="002F7972" w:rsidRPr="007849B0" w:rsidRDefault="00000000" w:rsidP="00DA7D02">
      <w:pPr>
        <w:spacing w:after="280"/>
        <w:jc w:val="center"/>
        <w:rPr>
          <w:rFonts w:ascii="Times New Roman" w:hAnsi="Times New Roman" w:cs="Times New Roman"/>
          <w:sz w:val="22"/>
          <w:szCs w:val="28"/>
        </w:rPr>
      </w:pPr>
      <w:r w:rsidRPr="007849B0">
        <w:rPr>
          <w:rFonts w:ascii="Times New Roman" w:hAnsi="Times New Roman" w:cs="Times New Roman"/>
          <w:color w:val="1155CC"/>
          <w:sz w:val="22"/>
          <w:szCs w:val="28"/>
          <w:u w:val="single"/>
        </w:rPr>
        <w:t>materialedeistorie.com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0"/>
        <w:gridCol w:w="7370"/>
      </w:tblGrid>
      <w:tr w:rsidR="002F7972" w:rsidRPr="007849B0" w14:paraId="2AD3ECEE" w14:textId="77777777">
        <w:trPr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2449C128" w14:textId="77777777" w:rsidR="002F7972" w:rsidRPr="007849B0" w:rsidRDefault="0000000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4"/>
              </w:rPr>
            </w:pPr>
            <w:r w:rsidRPr="007849B0">
              <w:rPr>
                <w:rFonts w:ascii="Times New Roman" w:hAnsi="Times New Roman" w:cs="Times New Roman"/>
                <w:sz w:val="22"/>
                <w:szCs w:val="32"/>
              </w:rPr>
              <w:t>Unitatea școlară:</w:t>
            </w:r>
            <w:r w:rsidRPr="007849B0">
              <w:rPr>
                <w:rFonts w:ascii="Times New Roman" w:hAnsi="Times New Roman" w:cs="Times New Roman"/>
                <w:sz w:val="22"/>
                <w:szCs w:val="32"/>
              </w:rPr>
              <w:br/>
              <w:t>Aria curriculară: Om și societate</w:t>
            </w:r>
            <w:r w:rsidRPr="007849B0">
              <w:rPr>
                <w:rFonts w:ascii="Times New Roman" w:hAnsi="Times New Roman" w:cs="Times New Roman"/>
                <w:sz w:val="22"/>
                <w:szCs w:val="32"/>
              </w:rPr>
              <w:br/>
              <w:t>Profesor:</w:t>
            </w:r>
          </w:p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3C83E423" w14:textId="77777777" w:rsidR="002F7972" w:rsidRPr="007849B0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32"/>
              </w:rPr>
            </w:pPr>
            <w:r w:rsidRPr="007849B0">
              <w:rPr>
                <w:rFonts w:ascii="Times New Roman" w:hAnsi="Times New Roman" w:cs="Times New Roman"/>
                <w:b/>
                <w:sz w:val="22"/>
                <w:szCs w:val="32"/>
              </w:rPr>
              <w:t>Aviz Director,</w:t>
            </w:r>
          </w:p>
        </w:tc>
      </w:tr>
      <w:tr w:rsidR="002F7972" w:rsidRPr="007849B0" w14:paraId="6EA75B63" w14:textId="77777777">
        <w:trPr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1F35349D" w14:textId="77777777" w:rsidR="002F7972" w:rsidRPr="007849B0" w:rsidRDefault="002F7972">
            <w:pPr>
              <w:rPr>
                <w:sz w:val="20"/>
                <w:szCs w:val="24"/>
              </w:rPr>
            </w:pPr>
          </w:p>
        </w:tc>
        <w:tc>
          <w:tcPr>
            <w:tcW w:w="73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40" w:type="dxa"/>
              <w:bottom w:w="20" w:type="dxa"/>
              <w:right w:w="40" w:type="dxa"/>
            </w:tcMar>
          </w:tcPr>
          <w:p w14:paraId="57302FD1" w14:textId="77777777" w:rsidR="002F7972" w:rsidRPr="007849B0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32"/>
              </w:rPr>
            </w:pPr>
            <w:r w:rsidRPr="007849B0">
              <w:rPr>
                <w:rFonts w:ascii="Times New Roman" w:hAnsi="Times New Roman" w:cs="Times New Roman"/>
                <w:b/>
                <w:sz w:val="22"/>
                <w:szCs w:val="32"/>
              </w:rPr>
              <w:t>Aviz</w:t>
            </w:r>
            <w:r w:rsidRPr="007849B0">
              <w:rPr>
                <w:rFonts w:ascii="Times New Roman" w:hAnsi="Times New Roman" w:cs="Times New Roman"/>
                <w:b/>
                <w:sz w:val="22"/>
                <w:szCs w:val="32"/>
              </w:rPr>
              <w:br/>
              <w:t>Responsabil Arie curriculară</w:t>
            </w:r>
          </w:p>
        </w:tc>
      </w:tr>
    </w:tbl>
    <w:p w14:paraId="2569C579" w14:textId="77777777" w:rsidR="002F7972" w:rsidRDefault="002F7972"/>
    <w:p w14:paraId="65C98AFF" w14:textId="77777777" w:rsidR="002F7972" w:rsidRDefault="002F7972"/>
    <w:p w14:paraId="7FE642E2" w14:textId="77777777" w:rsidR="002F7972" w:rsidRDefault="002F7972"/>
    <w:p w14:paraId="3FA0C7AC" w14:textId="77777777" w:rsidR="002F7972" w:rsidRDefault="002F7972"/>
    <w:p w14:paraId="1618D6CC" w14:textId="77777777" w:rsidR="002F7972" w:rsidRPr="007849B0" w:rsidRDefault="00000000">
      <w:pPr>
        <w:spacing w:after="80"/>
        <w:jc w:val="center"/>
        <w:rPr>
          <w:rFonts w:ascii="Times New Roman" w:hAnsi="Times New Roman" w:cs="Times New Roman"/>
          <w:sz w:val="22"/>
          <w:szCs w:val="28"/>
        </w:rPr>
      </w:pPr>
      <w:r w:rsidRPr="007849B0">
        <w:rPr>
          <w:rFonts w:ascii="Times New Roman" w:hAnsi="Times New Roman" w:cs="Times New Roman"/>
          <w:b/>
          <w:color w:val="000000"/>
          <w:sz w:val="40"/>
          <w:szCs w:val="28"/>
        </w:rPr>
        <w:t>PLANIFICARE CALENDARISTICĂ ANUALĂ 2026-2027</w:t>
      </w:r>
    </w:p>
    <w:p w14:paraId="51F50442" w14:textId="77777777" w:rsidR="002F7972" w:rsidRPr="007849B0" w:rsidRDefault="00000000">
      <w:pPr>
        <w:jc w:val="center"/>
        <w:rPr>
          <w:rFonts w:ascii="Times New Roman" w:hAnsi="Times New Roman" w:cs="Times New Roman"/>
          <w:sz w:val="22"/>
          <w:szCs w:val="28"/>
        </w:rPr>
      </w:pPr>
      <w:r w:rsidRPr="007849B0">
        <w:rPr>
          <w:rFonts w:ascii="Times New Roman" w:hAnsi="Times New Roman" w:cs="Times New Roman"/>
          <w:b/>
          <w:sz w:val="36"/>
          <w:szCs w:val="28"/>
        </w:rPr>
        <w:t>DISCIPLINA ISTORIE - CLASA A XI-A</w:t>
      </w:r>
    </w:p>
    <w:p w14:paraId="3FB14200" w14:textId="77777777" w:rsidR="002F7972" w:rsidRPr="007849B0" w:rsidRDefault="00000000">
      <w:pPr>
        <w:jc w:val="center"/>
        <w:rPr>
          <w:rFonts w:ascii="Times New Roman" w:hAnsi="Times New Roman" w:cs="Times New Roman"/>
          <w:sz w:val="22"/>
          <w:szCs w:val="28"/>
        </w:rPr>
      </w:pPr>
      <w:r w:rsidRPr="007849B0">
        <w:rPr>
          <w:rFonts w:ascii="Times New Roman" w:hAnsi="Times New Roman" w:cs="Times New Roman"/>
          <w:b/>
          <w:sz w:val="32"/>
          <w:szCs w:val="28"/>
        </w:rPr>
        <w:t>TRUNCHI COMUN - 1 ORĂ PE SĂPTĂMÂNĂ</w:t>
      </w:r>
    </w:p>
    <w:p w14:paraId="0E3DD4AB" w14:textId="77777777" w:rsidR="002F7972" w:rsidRPr="007849B0" w:rsidRDefault="00000000">
      <w:pPr>
        <w:spacing w:before="200"/>
        <w:jc w:val="center"/>
        <w:rPr>
          <w:rFonts w:ascii="Times New Roman" w:hAnsi="Times New Roman" w:cs="Times New Roman"/>
          <w:sz w:val="22"/>
          <w:szCs w:val="28"/>
        </w:rPr>
      </w:pPr>
      <w:r w:rsidRPr="007849B0">
        <w:rPr>
          <w:rFonts w:ascii="Times New Roman" w:hAnsi="Times New Roman" w:cs="Times New Roman"/>
          <w:sz w:val="22"/>
          <w:szCs w:val="28"/>
        </w:rPr>
        <w:t>Filiera teoretică - profilul real | Filiera tehnologică | Filiera vocațională</w:t>
      </w:r>
    </w:p>
    <w:p w14:paraId="75144F5A" w14:textId="77777777" w:rsidR="002F7972" w:rsidRPr="007849B0" w:rsidRDefault="00000000">
      <w:pPr>
        <w:jc w:val="center"/>
        <w:rPr>
          <w:rFonts w:ascii="Times New Roman" w:hAnsi="Times New Roman" w:cs="Times New Roman"/>
          <w:sz w:val="22"/>
          <w:szCs w:val="28"/>
        </w:rPr>
      </w:pPr>
      <w:r w:rsidRPr="007849B0">
        <w:rPr>
          <w:rFonts w:ascii="Times New Roman" w:hAnsi="Times New Roman" w:cs="Times New Roman"/>
          <w:i/>
          <w:sz w:val="20"/>
          <w:szCs w:val="28"/>
        </w:rPr>
        <w:t>Conform programei școlare pentru disciplina Istorie, clasa a XI-a, trunchi comun</w:t>
      </w:r>
    </w:p>
    <w:p w14:paraId="2735287B" w14:textId="77777777" w:rsidR="002F7972" w:rsidRDefault="00000000">
      <w:r>
        <w:br w:type="page"/>
      </w:r>
    </w:p>
    <w:p w14:paraId="3D5EC908" w14:textId="77777777" w:rsidR="00DA7D02" w:rsidRDefault="00DA7D02">
      <w:pPr>
        <w:spacing w:after="80"/>
        <w:jc w:val="center"/>
        <w:rPr>
          <w:rFonts w:ascii="Times New Roman" w:hAnsi="Times New Roman" w:cs="Times New Roman"/>
          <w:b/>
          <w:sz w:val="28"/>
          <w:szCs w:val="32"/>
        </w:rPr>
      </w:pPr>
    </w:p>
    <w:p w14:paraId="78530348" w14:textId="77777777" w:rsidR="002F7972" w:rsidRDefault="00000000">
      <w:pPr>
        <w:spacing w:after="80"/>
        <w:jc w:val="center"/>
        <w:rPr>
          <w:rFonts w:ascii="Times New Roman" w:hAnsi="Times New Roman" w:cs="Times New Roman"/>
          <w:b/>
          <w:sz w:val="24"/>
          <w:szCs w:val="36"/>
        </w:rPr>
      </w:pPr>
      <w:r w:rsidRPr="00FC4CB1">
        <w:rPr>
          <w:rFonts w:ascii="Times New Roman" w:hAnsi="Times New Roman" w:cs="Times New Roman"/>
          <w:b/>
          <w:sz w:val="28"/>
          <w:szCs w:val="32"/>
        </w:rPr>
        <w:t>PLANIFICARE CALENDARISTICĂ ANUALĂ</w:t>
      </w:r>
      <w:r>
        <w:rPr>
          <w:b/>
          <w:sz w:val="20"/>
        </w:rPr>
        <w:br/>
      </w:r>
      <w:r w:rsidRPr="00FC4CB1">
        <w:rPr>
          <w:rFonts w:ascii="Times New Roman" w:hAnsi="Times New Roman" w:cs="Times New Roman"/>
          <w:b/>
          <w:sz w:val="24"/>
          <w:szCs w:val="36"/>
          <w:highlight w:val="yellow"/>
        </w:rPr>
        <w:t>MODULUL I - 7 săptămâni</w:t>
      </w:r>
    </w:p>
    <w:p w14:paraId="23B1D705" w14:textId="77777777" w:rsidR="00FC4CB1" w:rsidRDefault="00FC4CB1">
      <w:pPr>
        <w:spacing w:after="80"/>
        <w:jc w:val="center"/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013"/>
        <w:gridCol w:w="4479"/>
        <w:gridCol w:w="4082"/>
        <w:gridCol w:w="595"/>
        <w:gridCol w:w="1502"/>
        <w:gridCol w:w="1332"/>
      </w:tblGrid>
      <w:tr w:rsidR="002F7972" w14:paraId="1D06EC1C" w14:textId="77777777">
        <w:trPr>
          <w:cantSplit/>
          <w:tblHeader/>
          <w:jc w:val="center"/>
        </w:trPr>
        <w:tc>
          <w:tcPr>
            <w:tcW w:w="42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892AA03" w14:textId="77777777" w:rsidR="002F7972" w:rsidRPr="00FC4CB1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C4CB1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FC4CB1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crt.</w:t>
            </w:r>
          </w:p>
        </w:tc>
        <w:tc>
          <w:tcPr>
            <w:tcW w:w="2013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D913512" w14:textId="77777777" w:rsidR="002F7972" w:rsidRPr="00FC4CB1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C4CB1">
              <w:rPr>
                <w:rFonts w:ascii="Times New Roman" w:hAnsi="Times New Roman" w:cs="Times New Roman"/>
                <w:b/>
                <w:sz w:val="20"/>
                <w:szCs w:val="32"/>
              </w:rPr>
              <w:t>Unitatea de învățare</w:t>
            </w:r>
          </w:p>
        </w:tc>
        <w:tc>
          <w:tcPr>
            <w:tcW w:w="4479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6ADB04F" w14:textId="77777777" w:rsidR="002F7972" w:rsidRPr="00FC4CB1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C4CB1">
              <w:rPr>
                <w:rFonts w:ascii="Times New Roman" w:hAnsi="Times New Roman" w:cs="Times New Roman"/>
                <w:b/>
                <w:sz w:val="20"/>
                <w:szCs w:val="32"/>
              </w:rPr>
              <w:t>Competențe specifice</w:t>
            </w:r>
          </w:p>
        </w:tc>
        <w:tc>
          <w:tcPr>
            <w:tcW w:w="408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0518617" w14:textId="77777777" w:rsidR="002F7972" w:rsidRPr="00FC4CB1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C4CB1">
              <w:rPr>
                <w:rFonts w:ascii="Times New Roman" w:hAnsi="Times New Roman" w:cs="Times New Roman"/>
                <w:b/>
                <w:sz w:val="20"/>
                <w:szCs w:val="32"/>
              </w:rPr>
              <w:t>Conținuturi</w:t>
            </w:r>
          </w:p>
        </w:tc>
        <w:tc>
          <w:tcPr>
            <w:tcW w:w="59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291ED76" w14:textId="77777777" w:rsidR="002F7972" w:rsidRPr="00FC4CB1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C4CB1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FC4CB1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ore</w:t>
            </w:r>
          </w:p>
        </w:tc>
        <w:tc>
          <w:tcPr>
            <w:tcW w:w="150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34F77D3" w14:textId="77777777" w:rsidR="002F7972" w:rsidRPr="00FC4CB1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C4CB1">
              <w:rPr>
                <w:rFonts w:ascii="Times New Roman" w:hAnsi="Times New Roman" w:cs="Times New Roman"/>
                <w:b/>
                <w:sz w:val="20"/>
                <w:szCs w:val="32"/>
              </w:rPr>
              <w:t>Săptămâna</w:t>
            </w:r>
          </w:p>
        </w:tc>
        <w:tc>
          <w:tcPr>
            <w:tcW w:w="133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AB496B9" w14:textId="77777777" w:rsidR="002F7972" w:rsidRPr="00FC4CB1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C4CB1">
              <w:rPr>
                <w:rFonts w:ascii="Times New Roman" w:hAnsi="Times New Roman" w:cs="Times New Roman"/>
                <w:b/>
                <w:sz w:val="20"/>
                <w:szCs w:val="32"/>
              </w:rPr>
              <w:t>Obs.</w:t>
            </w:r>
          </w:p>
        </w:tc>
      </w:tr>
      <w:tr w:rsidR="002F7972" w14:paraId="307E70FA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D9CC1CB" w14:textId="77777777" w:rsidR="00362523" w:rsidRPr="007849B0" w:rsidRDefault="00000000">
            <w:pPr>
              <w:jc w:val="center"/>
              <w:rPr>
                <w:sz w:val="22"/>
                <w:szCs w:val="44"/>
              </w:rPr>
            </w:pPr>
            <w:r w:rsidRPr="007849B0">
              <w:rPr>
                <w:rFonts w:ascii="Times New Roman" w:eastAsia="Times New Roman" w:hAnsi="Times New Roman"/>
                <w:sz w:val="22"/>
                <w:szCs w:val="44"/>
              </w:rPr>
              <w:t>1.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1C3577E" w14:textId="77777777" w:rsidR="00362523" w:rsidRPr="007849B0" w:rsidRDefault="00000000" w:rsidP="007849B0">
            <w:pPr>
              <w:jc w:val="center"/>
              <w:rPr>
                <w:b/>
                <w:sz w:val="22"/>
                <w:szCs w:val="44"/>
              </w:rPr>
            </w:pPr>
            <w:r w:rsidRPr="007849B0">
              <w:rPr>
                <w:rFonts w:ascii="Times New Roman" w:eastAsia="Times New Roman" w:hAnsi="Times New Roman"/>
                <w:b/>
                <w:sz w:val="22"/>
                <w:szCs w:val="44"/>
              </w:rPr>
              <w:t>INTRODUCERE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E00794D" w14:textId="77777777" w:rsidR="00362523" w:rsidRPr="007849B0" w:rsidRDefault="00362523">
            <w:pPr>
              <w:rPr>
                <w:rFonts w:ascii="Times New Roman" w:eastAsia="Times New Roman" w:hAnsi="Times New Roman"/>
                <w:sz w:val="22"/>
                <w:szCs w:val="44"/>
              </w:rPr>
            </w:pP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33A7AFB" w14:textId="77777777" w:rsidR="00362523" w:rsidRPr="007849B0" w:rsidRDefault="00000000">
            <w:pPr>
              <w:rPr>
                <w:sz w:val="22"/>
                <w:szCs w:val="44"/>
              </w:rPr>
            </w:pPr>
            <w:r w:rsidRPr="007849B0">
              <w:rPr>
                <w:rFonts w:ascii="Times New Roman" w:eastAsia="Times New Roman" w:hAnsi="Times New Roman"/>
                <w:sz w:val="22"/>
                <w:szCs w:val="44"/>
              </w:rPr>
              <w:t>• Test predictiv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58CBA57" w14:textId="77777777" w:rsidR="00362523" w:rsidRPr="007849B0" w:rsidRDefault="00000000">
            <w:pPr>
              <w:jc w:val="center"/>
              <w:rPr>
                <w:sz w:val="22"/>
                <w:szCs w:val="44"/>
              </w:rPr>
            </w:pPr>
            <w:r w:rsidRPr="007849B0">
              <w:rPr>
                <w:rFonts w:ascii="Times New Roman" w:eastAsia="Times New Roman" w:hAnsi="Times New Roman"/>
                <w:sz w:val="22"/>
                <w:szCs w:val="44"/>
              </w:rPr>
              <w:t>1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2D55633" w14:textId="77777777" w:rsidR="00362523" w:rsidRPr="007849B0" w:rsidRDefault="00000000">
            <w:pPr>
              <w:jc w:val="center"/>
              <w:rPr>
                <w:sz w:val="24"/>
                <w:szCs w:val="48"/>
              </w:rPr>
            </w:pPr>
            <w:r w:rsidRPr="007849B0">
              <w:rPr>
                <w:rFonts w:ascii="Times New Roman" w:eastAsia="Times New Roman" w:hAnsi="Times New Roman"/>
                <w:sz w:val="24"/>
                <w:szCs w:val="48"/>
              </w:rPr>
              <w:t>S</w:t>
            </w:r>
            <w:r w:rsidRPr="007849B0">
              <w:rPr>
                <w:rFonts w:ascii="Times New Roman" w:eastAsia="Times New Roman" w:hAnsi="Times New Roman"/>
                <w:sz w:val="24"/>
                <w:szCs w:val="48"/>
                <w:vertAlign w:val="subscript"/>
              </w:rPr>
              <w:t>1 07-11 IX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D58BE03" w14:textId="77777777" w:rsidR="00362523" w:rsidRPr="007849B0" w:rsidRDefault="00362523">
            <w:pPr>
              <w:rPr>
                <w:sz w:val="22"/>
                <w:szCs w:val="44"/>
              </w:rPr>
            </w:pPr>
          </w:p>
        </w:tc>
      </w:tr>
      <w:tr w:rsidR="002F7972" w14:paraId="6B250E36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DC0F245" w14:textId="77777777" w:rsidR="00362523" w:rsidRPr="007849B0" w:rsidRDefault="00000000">
            <w:pPr>
              <w:jc w:val="center"/>
              <w:rPr>
                <w:sz w:val="22"/>
                <w:szCs w:val="44"/>
              </w:rPr>
            </w:pPr>
            <w:r w:rsidRPr="007849B0">
              <w:rPr>
                <w:rFonts w:ascii="Times New Roman" w:eastAsia="Times New Roman" w:hAnsi="Times New Roman"/>
                <w:sz w:val="22"/>
                <w:szCs w:val="44"/>
              </w:rPr>
              <w:t>2.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E1B3DE5" w14:textId="77777777" w:rsidR="00362523" w:rsidRPr="007849B0" w:rsidRDefault="00000000" w:rsidP="007849B0">
            <w:pPr>
              <w:jc w:val="center"/>
              <w:rPr>
                <w:b/>
                <w:sz w:val="22"/>
                <w:szCs w:val="44"/>
              </w:rPr>
            </w:pPr>
            <w:r w:rsidRPr="007849B0">
              <w:rPr>
                <w:rFonts w:ascii="Times New Roman" w:eastAsia="Times New Roman" w:hAnsi="Times New Roman"/>
                <w:b/>
                <w:sz w:val="22"/>
                <w:szCs w:val="44"/>
              </w:rPr>
              <w:t>POPOARE ȘI SPAȚII ISTORICE</w:t>
            </w:r>
            <w:r w:rsidRPr="007849B0">
              <w:rPr>
                <w:b/>
                <w:sz w:val="22"/>
                <w:szCs w:val="44"/>
              </w:rPr>
              <w:br/>
            </w:r>
            <w:r w:rsidRPr="007849B0">
              <w:rPr>
                <w:rFonts w:ascii="Times New Roman" w:eastAsia="Times New Roman" w:hAnsi="Times New Roman"/>
                <w:b/>
                <w:sz w:val="22"/>
                <w:szCs w:val="44"/>
              </w:rPr>
              <w:t>EUROPA ȘI LUMEA ÎN SECOLUL XX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6226BB6" w14:textId="77777777" w:rsidR="00362523" w:rsidRPr="007849B0" w:rsidRDefault="00000000">
            <w:pPr>
              <w:rPr>
                <w:rFonts w:ascii="Times New Roman" w:eastAsia="Times New Roman" w:hAnsi="Times New Roman"/>
                <w:sz w:val="22"/>
                <w:szCs w:val="44"/>
              </w:rPr>
            </w:pPr>
            <w:r w:rsidRPr="007849B0">
              <w:rPr>
                <w:rFonts w:ascii="Times New Roman" w:eastAsia="Times New Roman" w:hAnsi="Times New Roman"/>
                <w:b/>
                <w:sz w:val="22"/>
                <w:szCs w:val="44"/>
              </w:rPr>
              <w:t>1.1.</w:t>
            </w:r>
            <w:r w:rsidRPr="007849B0">
              <w:rPr>
                <w:rFonts w:ascii="Times New Roman" w:eastAsia="Times New Roman" w:hAnsi="Times New Roman"/>
                <w:bCs/>
                <w:sz w:val="22"/>
                <w:szCs w:val="44"/>
              </w:rPr>
              <w:t xml:space="preserve"> Formularea, în scris şi oral, a unor opinii referitoare la o temă de istorie.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18ADFCA" w14:textId="77777777" w:rsidR="00362523" w:rsidRPr="007849B0" w:rsidRDefault="00000000">
            <w:pPr>
              <w:rPr>
                <w:sz w:val="22"/>
                <w:szCs w:val="44"/>
              </w:rPr>
            </w:pPr>
            <w:r w:rsidRPr="007849B0">
              <w:rPr>
                <w:rFonts w:ascii="Times New Roman" w:eastAsia="Times New Roman" w:hAnsi="Times New Roman"/>
                <w:sz w:val="22"/>
                <w:szCs w:val="44"/>
              </w:rPr>
              <w:t>• Europa contemporană - unitate, diversitate, integrare</w:t>
            </w:r>
            <w:r w:rsidRPr="007849B0">
              <w:rPr>
                <w:sz w:val="22"/>
                <w:szCs w:val="44"/>
              </w:rPr>
              <w:br/>
            </w:r>
            <w:r w:rsidRPr="007849B0">
              <w:rPr>
                <w:rFonts w:ascii="Times New Roman" w:eastAsia="Times New Roman" w:hAnsi="Times New Roman"/>
                <w:sz w:val="22"/>
                <w:szCs w:val="44"/>
              </w:rPr>
              <w:t>• Studiu de caz: Cultura română - cultură europeană</w:t>
            </w:r>
            <w:r w:rsidRPr="007849B0">
              <w:rPr>
                <w:sz w:val="22"/>
                <w:szCs w:val="44"/>
              </w:rPr>
              <w:br/>
            </w:r>
            <w:r w:rsidRPr="007849B0">
              <w:rPr>
                <w:rFonts w:ascii="Times New Roman" w:eastAsia="Times New Roman" w:hAnsi="Times New Roman"/>
                <w:sz w:val="22"/>
                <w:szCs w:val="44"/>
              </w:rPr>
              <w:t>• România și Europa în secolul al XX-lea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7B8047A" w14:textId="77777777" w:rsidR="00362523" w:rsidRPr="007849B0" w:rsidRDefault="00000000">
            <w:pPr>
              <w:jc w:val="center"/>
              <w:rPr>
                <w:sz w:val="22"/>
                <w:szCs w:val="44"/>
              </w:rPr>
            </w:pPr>
            <w:r w:rsidRPr="007849B0">
              <w:rPr>
                <w:rFonts w:ascii="Times New Roman" w:eastAsia="Times New Roman" w:hAnsi="Times New Roman"/>
                <w:sz w:val="22"/>
                <w:szCs w:val="44"/>
              </w:rPr>
              <w:t>3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99089BA" w14:textId="77777777" w:rsidR="00362523" w:rsidRPr="007849B0" w:rsidRDefault="00000000">
            <w:pPr>
              <w:jc w:val="center"/>
              <w:rPr>
                <w:sz w:val="24"/>
                <w:szCs w:val="48"/>
              </w:rPr>
            </w:pPr>
            <w:r w:rsidRPr="007849B0">
              <w:rPr>
                <w:rFonts w:ascii="Times New Roman" w:eastAsia="Times New Roman" w:hAnsi="Times New Roman"/>
                <w:sz w:val="24"/>
                <w:szCs w:val="48"/>
              </w:rPr>
              <w:t>S</w:t>
            </w:r>
            <w:r w:rsidRPr="007849B0">
              <w:rPr>
                <w:rFonts w:ascii="Times New Roman" w:eastAsia="Times New Roman" w:hAnsi="Times New Roman"/>
                <w:sz w:val="24"/>
                <w:szCs w:val="48"/>
                <w:vertAlign w:val="subscript"/>
              </w:rPr>
              <w:t>2 14-18 IX</w:t>
            </w:r>
            <w:r w:rsidRPr="007849B0">
              <w:rPr>
                <w:sz w:val="24"/>
                <w:szCs w:val="48"/>
              </w:rPr>
              <w:br/>
            </w:r>
            <w:r w:rsidRPr="007849B0">
              <w:rPr>
                <w:rFonts w:ascii="Times New Roman" w:eastAsia="Times New Roman" w:hAnsi="Times New Roman"/>
                <w:sz w:val="24"/>
                <w:szCs w:val="48"/>
              </w:rPr>
              <w:t>S</w:t>
            </w:r>
            <w:r w:rsidRPr="007849B0">
              <w:rPr>
                <w:rFonts w:ascii="Times New Roman" w:eastAsia="Times New Roman" w:hAnsi="Times New Roman"/>
                <w:sz w:val="24"/>
                <w:szCs w:val="48"/>
                <w:vertAlign w:val="subscript"/>
              </w:rPr>
              <w:t>3 21-25 IX</w:t>
            </w:r>
            <w:r w:rsidRPr="007849B0">
              <w:rPr>
                <w:sz w:val="24"/>
                <w:szCs w:val="48"/>
              </w:rPr>
              <w:br/>
            </w:r>
            <w:r w:rsidRPr="007849B0">
              <w:rPr>
                <w:rFonts w:ascii="Times New Roman" w:eastAsia="Times New Roman" w:hAnsi="Times New Roman"/>
                <w:sz w:val="24"/>
                <w:szCs w:val="48"/>
              </w:rPr>
              <w:t>S</w:t>
            </w:r>
            <w:r w:rsidRPr="007849B0">
              <w:rPr>
                <w:rFonts w:ascii="Times New Roman" w:eastAsia="Times New Roman" w:hAnsi="Times New Roman"/>
                <w:sz w:val="24"/>
                <w:szCs w:val="48"/>
                <w:vertAlign w:val="subscript"/>
              </w:rPr>
              <w:t>4 28 IX-02 X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9004A0A" w14:textId="77777777" w:rsidR="00362523" w:rsidRPr="007849B0" w:rsidRDefault="00362523">
            <w:pPr>
              <w:rPr>
                <w:sz w:val="22"/>
                <w:szCs w:val="44"/>
              </w:rPr>
            </w:pPr>
          </w:p>
        </w:tc>
      </w:tr>
      <w:tr w:rsidR="002F7972" w14:paraId="08E42560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79F30BF" w14:textId="77777777" w:rsidR="00362523" w:rsidRPr="007849B0" w:rsidRDefault="00000000">
            <w:pPr>
              <w:jc w:val="center"/>
              <w:rPr>
                <w:sz w:val="22"/>
                <w:szCs w:val="44"/>
              </w:rPr>
            </w:pPr>
            <w:r w:rsidRPr="007849B0">
              <w:rPr>
                <w:rFonts w:ascii="Times New Roman" w:eastAsia="Times New Roman" w:hAnsi="Times New Roman"/>
                <w:sz w:val="22"/>
                <w:szCs w:val="44"/>
              </w:rPr>
              <w:t>3.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11DBE12" w14:textId="77777777" w:rsidR="00362523" w:rsidRPr="007849B0" w:rsidRDefault="00000000" w:rsidP="007849B0">
            <w:pPr>
              <w:jc w:val="center"/>
              <w:rPr>
                <w:b/>
                <w:sz w:val="22"/>
                <w:szCs w:val="44"/>
              </w:rPr>
            </w:pPr>
            <w:r w:rsidRPr="007849B0">
              <w:rPr>
                <w:rFonts w:ascii="Times New Roman" w:eastAsia="Times New Roman" w:hAnsi="Times New Roman"/>
                <w:b/>
                <w:sz w:val="22"/>
                <w:szCs w:val="44"/>
              </w:rPr>
              <w:t>OAMENII, SOCIETATEA ȘI LUMEA IDEILOR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389B55C" w14:textId="77777777" w:rsidR="007849B0" w:rsidRDefault="00000000">
            <w:pPr>
              <w:rPr>
                <w:rFonts w:ascii="Times New Roman" w:eastAsia="Times New Roman" w:hAnsi="Times New Roman"/>
                <w:bCs/>
                <w:sz w:val="22"/>
                <w:szCs w:val="44"/>
              </w:rPr>
            </w:pPr>
            <w:r w:rsidRPr="007849B0">
              <w:rPr>
                <w:rFonts w:ascii="Times New Roman" w:eastAsia="Times New Roman" w:hAnsi="Times New Roman"/>
                <w:b/>
                <w:sz w:val="22"/>
                <w:szCs w:val="44"/>
              </w:rPr>
              <w:t>1.3.</w:t>
            </w:r>
            <w:r w:rsidRPr="007849B0">
              <w:rPr>
                <w:rFonts w:ascii="Times New Roman" w:eastAsia="Times New Roman" w:hAnsi="Times New Roman"/>
                <w:bCs/>
                <w:sz w:val="22"/>
                <w:szCs w:val="44"/>
              </w:rPr>
              <w:t xml:space="preserve"> Compararea unor opinii şi argumente diferite referitoare la o temă de istorie. </w:t>
            </w:r>
          </w:p>
          <w:p w14:paraId="6D11723B" w14:textId="04FF7067" w:rsidR="00362523" w:rsidRPr="007849B0" w:rsidRDefault="00000000">
            <w:pPr>
              <w:rPr>
                <w:rFonts w:ascii="Times New Roman" w:eastAsia="Times New Roman" w:hAnsi="Times New Roman"/>
                <w:sz w:val="22"/>
                <w:szCs w:val="44"/>
              </w:rPr>
            </w:pPr>
            <w:r w:rsidRPr="007849B0">
              <w:rPr>
                <w:rFonts w:ascii="Times New Roman" w:eastAsia="Times New Roman" w:hAnsi="Times New Roman"/>
                <w:b/>
                <w:sz w:val="22"/>
                <w:szCs w:val="44"/>
              </w:rPr>
              <w:t>2.1</w:t>
            </w:r>
            <w:r w:rsidRPr="007849B0">
              <w:rPr>
                <w:rFonts w:ascii="Times New Roman" w:eastAsia="Times New Roman" w:hAnsi="Times New Roman"/>
                <w:bCs/>
                <w:sz w:val="22"/>
                <w:szCs w:val="44"/>
              </w:rPr>
              <w:t>.</w:t>
            </w:r>
            <w:r w:rsidR="007849B0">
              <w:rPr>
                <w:rFonts w:ascii="Times New Roman" w:eastAsia="Times New Roman" w:hAnsi="Times New Roman"/>
                <w:bCs/>
                <w:sz w:val="22"/>
                <w:szCs w:val="44"/>
              </w:rPr>
              <w:t xml:space="preserve"> </w:t>
            </w:r>
            <w:r w:rsidRPr="007849B0">
              <w:rPr>
                <w:rFonts w:ascii="Times New Roman" w:eastAsia="Times New Roman" w:hAnsi="Times New Roman"/>
                <w:bCs/>
                <w:sz w:val="22"/>
                <w:szCs w:val="44"/>
              </w:rPr>
              <w:t>Cunoaşterea şi asumarea valorilor cetăţeniei democratice.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1583C64" w14:textId="77777777" w:rsidR="00362523" w:rsidRPr="007849B0" w:rsidRDefault="00000000">
            <w:pPr>
              <w:rPr>
                <w:sz w:val="22"/>
                <w:szCs w:val="44"/>
              </w:rPr>
            </w:pPr>
            <w:r w:rsidRPr="007849B0">
              <w:rPr>
                <w:rFonts w:ascii="Times New Roman" w:eastAsia="Times New Roman" w:hAnsi="Times New Roman"/>
                <w:sz w:val="22"/>
                <w:szCs w:val="44"/>
              </w:rPr>
              <w:t>• Ocupații și statute profesionale</w:t>
            </w:r>
            <w:r w:rsidRPr="007849B0">
              <w:rPr>
                <w:sz w:val="22"/>
                <w:szCs w:val="44"/>
              </w:rPr>
              <w:br/>
            </w:r>
            <w:r w:rsidRPr="007849B0">
              <w:rPr>
                <w:rFonts w:ascii="Times New Roman" w:eastAsia="Times New Roman" w:hAnsi="Times New Roman"/>
                <w:sz w:val="22"/>
                <w:szCs w:val="44"/>
              </w:rPr>
              <w:t>• Migrații în lumea contemporană</w:t>
            </w:r>
            <w:r w:rsidRPr="007849B0">
              <w:rPr>
                <w:sz w:val="22"/>
                <w:szCs w:val="44"/>
              </w:rPr>
              <w:br/>
            </w:r>
            <w:r w:rsidRPr="007849B0">
              <w:rPr>
                <w:rFonts w:ascii="Times New Roman" w:eastAsia="Times New Roman" w:hAnsi="Times New Roman"/>
                <w:sz w:val="22"/>
                <w:szCs w:val="44"/>
              </w:rPr>
              <w:t>• Viața privată și viața publică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111B08E" w14:textId="77777777" w:rsidR="00362523" w:rsidRPr="007849B0" w:rsidRDefault="00000000">
            <w:pPr>
              <w:jc w:val="center"/>
              <w:rPr>
                <w:sz w:val="22"/>
                <w:szCs w:val="44"/>
              </w:rPr>
            </w:pPr>
            <w:r w:rsidRPr="007849B0">
              <w:rPr>
                <w:rFonts w:ascii="Times New Roman" w:eastAsia="Times New Roman" w:hAnsi="Times New Roman"/>
                <w:sz w:val="22"/>
                <w:szCs w:val="44"/>
              </w:rPr>
              <w:t>3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EAF0476" w14:textId="77777777" w:rsidR="00362523" w:rsidRPr="007849B0" w:rsidRDefault="00000000">
            <w:pPr>
              <w:jc w:val="center"/>
              <w:rPr>
                <w:sz w:val="24"/>
                <w:szCs w:val="48"/>
              </w:rPr>
            </w:pPr>
            <w:r w:rsidRPr="007849B0">
              <w:rPr>
                <w:rFonts w:ascii="Times New Roman" w:eastAsia="Times New Roman" w:hAnsi="Times New Roman"/>
                <w:sz w:val="24"/>
                <w:szCs w:val="48"/>
              </w:rPr>
              <w:t>S</w:t>
            </w:r>
            <w:r w:rsidRPr="007849B0">
              <w:rPr>
                <w:rFonts w:ascii="Times New Roman" w:eastAsia="Times New Roman" w:hAnsi="Times New Roman"/>
                <w:sz w:val="24"/>
                <w:szCs w:val="48"/>
                <w:vertAlign w:val="subscript"/>
              </w:rPr>
              <w:t>5 05-09 X</w:t>
            </w:r>
            <w:r w:rsidRPr="007849B0">
              <w:rPr>
                <w:sz w:val="24"/>
                <w:szCs w:val="48"/>
              </w:rPr>
              <w:br/>
            </w:r>
            <w:r w:rsidRPr="007849B0">
              <w:rPr>
                <w:rFonts w:ascii="Times New Roman" w:eastAsia="Times New Roman" w:hAnsi="Times New Roman"/>
                <w:sz w:val="24"/>
                <w:szCs w:val="48"/>
              </w:rPr>
              <w:t>S</w:t>
            </w:r>
            <w:r w:rsidRPr="007849B0">
              <w:rPr>
                <w:rFonts w:ascii="Times New Roman" w:eastAsia="Times New Roman" w:hAnsi="Times New Roman"/>
                <w:sz w:val="24"/>
                <w:szCs w:val="48"/>
                <w:vertAlign w:val="subscript"/>
              </w:rPr>
              <w:t>6 12-16 X</w:t>
            </w:r>
            <w:r w:rsidRPr="007849B0">
              <w:rPr>
                <w:sz w:val="24"/>
                <w:szCs w:val="48"/>
              </w:rPr>
              <w:br/>
            </w:r>
            <w:r w:rsidRPr="007849B0">
              <w:rPr>
                <w:rFonts w:ascii="Times New Roman" w:eastAsia="Times New Roman" w:hAnsi="Times New Roman"/>
                <w:sz w:val="24"/>
                <w:szCs w:val="48"/>
              </w:rPr>
              <w:t>S</w:t>
            </w:r>
            <w:r w:rsidRPr="007849B0">
              <w:rPr>
                <w:rFonts w:ascii="Times New Roman" w:eastAsia="Times New Roman" w:hAnsi="Times New Roman"/>
                <w:sz w:val="24"/>
                <w:szCs w:val="48"/>
                <w:vertAlign w:val="subscript"/>
              </w:rPr>
              <w:t>7 19-23 X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B4B0AA4" w14:textId="77777777" w:rsidR="00362523" w:rsidRPr="007849B0" w:rsidRDefault="00000000">
            <w:pPr>
              <w:rPr>
                <w:sz w:val="22"/>
                <w:szCs w:val="44"/>
              </w:rPr>
            </w:pPr>
            <w:r w:rsidRPr="007849B0">
              <w:rPr>
                <w:rFonts w:ascii="Times New Roman" w:eastAsia="Times New Roman" w:hAnsi="Times New Roman"/>
                <w:sz w:val="20"/>
                <w:szCs w:val="40"/>
              </w:rPr>
              <w:t>*5 octombrie - Ziua educației</w:t>
            </w:r>
          </w:p>
        </w:tc>
      </w:tr>
      <w:tr w:rsidR="002F7972" w14:paraId="7EB2D8D9" w14:textId="77777777">
        <w:trPr>
          <w:cantSplit/>
          <w:jc w:val="center"/>
        </w:trPr>
        <w:tc>
          <w:tcPr>
            <w:tcW w:w="14428" w:type="dxa"/>
            <w:gridSpan w:val="7"/>
            <w:shd w:val="clear" w:color="auto" w:fill="93C47D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37A87A7" w14:textId="77777777" w:rsidR="00362523" w:rsidRDefault="00000000">
            <w:pPr>
              <w:jc w:val="center"/>
            </w:pPr>
            <w:r w:rsidRPr="007849B0">
              <w:rPr>
                <w:rFonts w:ascii="Times New Roman" w:eastAsia="Times New Roman" w:hAnsi="Times New Roman"/>
                <w:b/>
                <w:sz w:val="24"/>
                <w:szCs w:val="32"/>
              </w:rPr>
              <w:t>Vacanță - 24 octombrie - 1 noiembrie 2026</w:t>
            </w:r>
          </w:p>
        </w:tc>
      </w:tr>
    </w:tbl>
    <w:p w14:paraId="2E35EC1A" w14:textId="77777777" w:rsidR="002F7972" w:rsidRDefault="00000000">
      <w:r>
        <w:br w:type="page"/>
      </w:r>
    </w:p>
    <w:p w14:paraId="65AF713E" w14:textId="043DB559" w:rsidR="002F7972" w:rsidRDefault="00000000">
      <w:pPr>
        <w:spacing w:after="80"/>
        <w:jc w:val="center"/>
        <w:rPr>
          <w:rFonts w:ascii="Times New Roman" w:hAnsi="Times New Roman" w:cs="Times New Roman"/>
          <w:b/>
          <w:sz w:val="24"/>
          <w:szCs w:val="36"/>
        </w:rPr>
      </w:pPr>
      <w:r>
        <w:rPr>
          <w:b/>
          <w:sz w:val="20"/>
        </w:rPr>
        <w:lastRenderedPageBreak/>
        <w:br/>
      </w:r>
      <w:r w:rsidRPr="00F3732A">
        <w:rPr>
          <w:rFonts w:ascii="Times New Roman" w:hAnsi="Times New Roman" w:cs="Times New Roman"/>
          <w:b/>
          <w:sz w:val="24"/>
          <w:szCs w:val="36"/>
          <w:highlight w:val="yellow"/>
        </w:rPr>
        <w:t xml:space="preserve">MODULUL AL II-LEA - </w:t>
      </w:r>
      <w:r w:rsidR="00C268A8">
        <w:rPr>
          <w:rFonts w:ascii="Times New Roman" w:hAnsi="Times New Roman" w:cs="Times New Roman"/>
          <w:b/>
          <w:sz w:val="24"/>
          <w:szCs w:val="36"/>
          <w:highlight w:val="yellow"/>
        </w:rPr>
        <w:t>8</w:t>
      </w:r>
      <w:r w:rsidRPr="00F3732A">
        <w:rPr>
          <w:rFonts w:ascii="Times New Roman" w:hAnsi="Times New Roman" w:cs="Times New Roman"/>
          <w:b/>
          <w:sz w:val="24"/>
          <w:szCs w:val="36"/>
          <w:highlight w:val="yellow"/>
        </w:rPr>
        <w:t xml:space="preserve"> săptămâni</w:t>
      </w:r>
    </w:p>
    <w:p w14:paraId="16984286" w14:textId="77777777" w:rsidR="00262FEC" w:rsidRPr="00F3732A" w:rsidRDefault="00262FEC">
      <w:pPr>
        <w:spacing w:after="80"/>
        <w:jc w:val="center"/>
        <w:rPr>
          <w:rFonts w:ascii="Times New Roman" w:hAnsi="Times New Roman" w:cs="Times New Roman"/>
          <w:sz w:val="28"/>
          <w:szCs w:val="36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087"/>
        <w:gridCol w:w="4405"/>
        <w:gridCol w:w="4082"/>
        <w:gridCol w:w="595"/>
        <w:gridCol w:w="1502"/>
        <w:gridCol w:w="1332"/>
      </w:tblGrid>
      <w:tr w:rsidR="002F7972" w14:paraId="44DC975B" w14:textId="77777777" w:rsidTr="007849B0">
        <w:trPr>
          <w:cantSplit/>
          <w:tblHeader/>
          <w:jc w:val="center"/>
        </w:trPr>
        <w:tc>
          <w:tcPr>
            <w:tcW w:w="42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A3CD0D7" w14:textId="77777777" w:rsidR="002F7972" w:rsidRPr="00F3732A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3732A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F3732A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crt.</w:t>
            </w:r>
          </w:p>
        </w:tc>
        <w:tc>
          <w:tcPr>
            <w:tcW w:w="2087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A24B0DB" w14:textId="77777777" w:rsidR="002F7972" w:rsidRPr="00F3732A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3732A">
              <w:rPr>
                <w:rFonts w:ascii="Times New Roman" w:hAnsi="Times New Roman" w:cs="Times New Roman"/>
                <w:b/>
                <w:sz w:val="20"/>
                <w:szCs w:val="32"/>
              </w:rPr>
              <w:t>Unitatea de învățare</w:t>
            </w:r>
          </w:p>
        </w:tc>
        <w:tc>
          <w:tcPr>
            <w:tcW w:w="440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CA198DA" w14:textId="77777777" w:rsidR="002F7972" w:rsidRPr="00F3732A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3732A">
              <w:rPr>
                <w:rFonts w:ascii="Times New Roman" w:hAnsi="Times New Roman" w:cs="Times New Roman"/>
                <w:b/>
                <w:sz w:val="20"/>
                <w:szCs w:val="32"/>
              </w:rPr>
              <w:t>Competențe specifice</w:t>
            </w:r>
          </w:p>
        </w:tc>
        <w:tc>
          <w:tcPr>
            <w:tcW w:w="408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E71AE20" w14:textId="77777777" w:rsidR="002F7972" w:rsidRPr="00F3732A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3732A">
              <w:rPr>
                <w:rFonts w:ascii="Times New Roman" w:hAnsi="Times New Roman" w:cs="Times New Roman"/>
                <w:b/>
                <w:sz w:val="20"/>
                <w:szCs w:val="32"/>
              </w:rPr>
              <w:t>Conținuturi</w:t>
            </w:r>
          </w:p>
        </w:tc>
        <w:tc>
          <w:tcPr>
            <w:tcW w:w="59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A31CDAD" w14:textId="77777777" w:rsidR="002F7972" w:rsidRPr="00F3732A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3732A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F3732A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ore</w:t>
            </w:r>
          </w:p>
        </w:tc>
        <w:tc>
          <w:tcPr>
            <w:tcW w:w="150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3AC4DB2" w14:textId="77777777" w:rsidR="002F7972" w:rsidRPr="00F3732A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3732A">
              <w:rPr>
                <w:rFonts w:ascii="Times New Roman" w:hAnsi="Times New Roman" w:cs="Times New Roman"/>
                <w:b/>
                <w:sz w:val="20"/>
                <w:szCs w:val="32"/>
              </w:rPr>
              <w:t>Săptămâna</w:t>
            </w:r>
          </w:p>
        </w:tc>
        <w:tc>
          <w:tcPr>
            <w:tcW w:w="133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42D9C93" w14:textId="77777777" w:rsidR="002F7972" w:rsidRPr="00F3732A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3732A">
              <w:rPr>
                <w:rFonts w:ascii="Times New Roman" w:hAnsi="Times New Roman" w:cs="Times New Roman"/>
                <w:b/>
                <w:sz w:val="20"/>
                <w:szCs w:val="32"/>
              </w:rPr>
              <w:t>Obs.</w:t>
            </w:r>
          </w:p>
        </w:tc>
      </w:tr>
      <w:tr w:rsidR="002F7972" w14:paraId="5017F9F5" w14:textId="77777777" w:rsidTr="007849B0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DA763BC" w14:textId="77777777" w:rsidR="00362523" w:rsidRPr="007849B0" w:rsidRDefault="00000000">
            <w:pPr>
              <w:jc w:val="center"/>
              <w:rPr>
                <w:sz w:val="22"/>
              </w:rPr>
            </w:pPr>
            <w:r w:rsidRPr="007849B0">
              <w:rPr>
                <w:rFonts w:ascii="Times New Roman" w:eastAsia="Times New Roman" w:hAnsi="Times New Roman"/>
                <w:sz w:val="22"/>
              </w:rPr>
              <w:t>4.</w:t>
            </w:r>
          </w:p>
        </w:tc>
        <w:tc>
          <w:tcPr>
            <w:tcW w:w="208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9AA0FCA" w14:textId="77777777" w:rsidR="00362523" w:rsidRPr="007849B0" w:rsidRDefault="00000000" w:rsidP="007849B0">
            <w:pPr>
              <w:jc w:val="center"/>
              <w:rPr>
                <w:b/>
                <w:sz w:val="22"/>
              </w:rPr>
            </w:pPr>
            <w:r w:rsidRPr="007849B0">
              <w:rPr>
                <w:rFonts w:ascii="Times New Roman" w:eastAsia="Times New Roman" w:hAnsi="Times New Roman"/>
                <w:b/>
                <w:sz w:val="22"/>
              </w:rPr>
              <w:t>ECONOMIE ȘI SOCIETATE ÎN LUMEA POSTBELICĂ</w:t>
            </w:r>
          </w:p>
        </w:tc>
        <w:tc>
          <w:tcPr>
            <w:tcW w:w="440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963C40A" w14:textId="77777777" w:rsidR="007849B0" w:rsidRPr="007849B0" w:rsidRDefault="007849B0">
            <w:pPr>
              <w:rPr>
                <w:rFonts w:ascii="Times New Roman" w:eastAsia="Times New Roman" w:hAnsi="Times New Roman"/>
                <w:bCs/>
                <w:sz w:val="22"/>
              </w:rPr>
            </w:pPr>
            <w:r w:rsidRPr="007849B0">
              <w:rPr>
                <w:rFonts w:ascii="Times New Roman" w:eastAsia="Times New Roman" w:hAnsi="Times New Roman"/>
                <w:b/>
                <w:sz w:val="22"/>
              </w:rPr>
              <w:t>1.3</w:t>
            </w:r>
            <w:r w:rsidRPr="007849B0">
              <w:rPr>
                <w:rFonts w:ascii="Times New Roman" w:eastAsia="Times New Roman" w:hAnsi="Times New Roman"/>
                <w:bCs/>
                <w:sz w:val="22"/>
              </w:rPr>
              <w:t xml:space="preserve">. Compararea unor opinii şi argumente diferite referitoare la o temă de istorie. </w:t>
            </w:r>
          </w:p>
          <w:p w14:paraId="72D67529" w14:textId="77777777" w:rsidR="007849B0" w:rsidRPr="007849B0" w:rsidRDefault="007849B0">
            <w:pPr>
              <w:rPr>
                <w:rFonts w:ascii="Times New Roman" w:eastAsia="Times New Roman" w:hAnsi="Times New Roman"/>
                <w:bCs/>
                <w:sz w:val="22"/>
              </w:rPr>
            </w:pPr>
            <w:r w:rsidRPr="007849B0">
              <w:rPr>
                <w:rFonts w:ascii="Times New Roman" w:eastAsia="Times New Roman" w:hAnsi="Times New Roman"/>
                <w:b/>
                <w:sz w:val="22"/>
              </w:rPr>
              <w:t>2.</w:t>
            </w:r>
            <w:proofErr w:type="gramStart"/>
            <w:r w:rsidRPr="007849B0">
              <w:rPr>
                <w:rFonts w:ascii="Times New Roman" w:eastAsia="Times New Roman" w:hAnsi="Times New Roman"/>
                <w:b/>
                <w:sz w:val="22"/>
              </w:rPr>
              <w:t>1</w:t>
            </w:r>
            <w:r w:rsidRPr="007849B0">
              <w:rPr>
                <w:rFonts w:ascii="Times New Roman" w:eastAsia="Times New Roman" w:hAnsi="Times New Roman"/>
                <w:bCs/>
                <w:sz w:val="22"/>
              </w:rPr>
              <w:t>.Cunoaşterea</w:t>
            </w:r>
            <w:proofErr w:type="gramEnd"/>
            <w:r w:rsidRPr="007849B0">
              <w:rPr>
                <w:rFonts w:ascii="Times New Roman" w:eastAsia="Times New Roman" w:hAnsi="Times New Roman"/>
                <w:bCs/>
                <w:sz w:val="22"/>
              </w:rPr>
              <w:t xml:space="preserve"> şi asumarea valorilor cetăţeniei democratice. </w:t>
            </w:r>
          </w:p>
          <w:p w14:paraId="0C2CB930" w14:textId="73648886" w:rsidR="00362523" w:rsidRPr="007849B0" w:rsidRDefault="007849B0">
            <w:pPr>
              <w:rPr>
                <w:rFonts w:ascii="Times New Roman" w:eastAsia="Times New Roman" w:hAnsi="Times New Roman"/>
                <w:sz w:val="22"/>
              </w:rPr>
            </w:pPr>
            <w:r w:rsidRPr="007849B0">
              <w:rPr>
                <w:rFonts w:ascii="Times New Roman" w:eastAsia="Times New Roman" w:hAnsi="Times New Roman"/>
                <w:b/>
                <w:sz w:val="22"/>
              </w:rPr>
              <w:t>3.1.</w:t>
            </w:r>
            <w:r w:rsidRPr="007849B0">
              <w:rPr>
                <w:rFonts w:ascii="Times New Roman" w:eastAsia="Times New Roman" w:hAnsi="Times New Roman"/>
                <w:bCs/>
                <w:sz w:val="22"/>
              </w:rPr>
              <w:t xml:space="preserve"> Selectarea şi comentarea surselor istorice pentru a susţine / combate un punct de vedere.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AC92335" w14:textId="77777777" w:rsidR="00362523" w:rsidRPr="007849B0" w:rsidRDefault="00000000">
            <w:pPr>
              <w:rPr>
                <w:sz w:val="22"/>
              </w:rPr>
            </w:pPr>
            <w:r w:rsidRPr="007849B0">
              <w:rPr>
                <w:rFonts w:ascii="Times New Roman" w:eastAsia="Times New Roman" w:hAnsi="Times New Roman"/>
                <w:sz w:val="22"/>
              </w:rPr>
              <w:t>• Economie rurală - economie urbană în România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15867A6" w14:textId="77777777" w:rsidR="00362523" w:rsidRPr="007849B0" w:rsidRDefault="00000000">
            <w:pPr>
              <w:jc w:val="center"/>
              <w:rPr>
                <w:sz w:val="22"/>
              </w:rPr>
            </w:pPr>
            <w:r w:rsidRPr="007849B0">
              <w:rPr>
                <w:rFonts w:ascii="Times New Roman" w:eastAsia="Times New Roman" w:hAnsi="Times New Roman"/>
                <w:sz w:val="22"/>
              </w:rPr>
              <w:t>1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78CF20B" w14:textId="77777777" w:rsidR="00362523" w:rsidRPr="007849B0" w:rsidRDefault="00000000">
            <w:pPr>
              <w:jc w:val="center"/>
              <w:rPr>
                <w:sz w:val="22"/>
              </w:rPr>
            </w:pPr>
            <w:r w:rsidRPr="007849B0"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 w:rsidRPr="007849B0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8 02-06 XI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52E6651" w14:textId="77777777" w:rsidR="00362523" w:rsidRPr="007849B0" w:rsidRDefault="00362523">
            <w:pPr>
              <w:rPr>
                <w:sz w:val="22"/>
              </w:rPr>
            </w:pPr>
          </w:p>
        </w:tc>
      </w:tr>
      <w:tr w:rsidR="002F7972" w14:paraId="417BDEE5" w14:textId="77777777" w:rsidTr="007849B0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2DCFF40" w14:textId="77777777" w:rsidR="00362523" w:rsidRPr="007849B0" w:rsidRDefault="00000000">
            <w:pPr>
              <w:jc w:val="center"/>
              <w:rPr>
                <w:sz w:val="22"/>
              </w:rPr>
            </w:pPr>
            <w:r w:rsidRPr="007849B0">
              <w:rPr>
                <w:rFonts w:ascii="Times New Roman" w:eastAsia="Times New Roman" w:hAnsi="Times New Roman"/>
                <w:sz w:val="22"/>
              </w:rPr>
              <w:t>5.</w:t>
            </w:r>
          </w:p>
        </w:tc>
        <w:tc>
          <w:tcPr>
            <w:tcW w:w="208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3390C86" w14:textId="77777777" w:rsidR="00362523" w:rsidRPr="007849B0" w:rsidRDefault="00000000" w:rsidP="007849B0">
            <w:pPr>
              <w:jc w:val="center"/>
              <w:rPr>
                <w:b/>
                <w:sz w:val="22"/>
              </w:rPr>
            </w:pPr>
            <w:r w:rsidRPr="007849B0">
              <w:rPr>
                <w:rFonts w:ascii="Times New Roman" w:eastAsia="Times New Roman" w:hAnsi="Times New Roman"/>
                <w:b/>
                <w:sz w:val="22"/>
              </w:rPr>
              <w:t>ȘTIINȚA ȘI SOCIETATEA</w:t>
            </w:r>
          </w:p>
        </w:tc>
        <w:tc>
          <w:tcPr>
            <w:tcW w:w="440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2B8D9A9" w14:textId="77777777" w:rsidR="007849B0" w:rsidRPr="007849B0" w:rsidRDefault="007849B0">
            <w:pPr>
              <w:rPr>
                <w:rFonts w:ascii="Times New Roman" w:eastAsia="Times New Roman" w:hAnsi="Times New Roman"/>
                <w:bCs/>
                <w:sz w:val="22"/>
              </w:rPr>
            </w:pPr>
            <w:r w:rsidRPr="007849B0">
              <w:rPr>
                <w:rFonts w:ascii="Times New Roman" w:eastAsia="Times New Roman" w:hAnsi="Times New Roman"/>
                <w:b/>
                <w:sz w:val="22"/>
              </w:rPr>
              <w:t>1.3.</w:t>
            </w:r>
            <w:r w:rsidRPr="007849B0">
              <w:rPr>
                <w:rFonts w:ascii="Times New Roman" w:eastAsia="Times New Roman" w:hAnsi="Times New Roman"/>
                <w:bCs/>
                <w:sz w:val="22"/>
              </w:rPr>
              <w:t xml:space="preserve"> Compararea unor opinii şi argumente diferite referitoare la o temă de istorie. </w:t>
            </w:r>
          </w:p>
          <w:p w14:paraId="2E7EF417" w14:textId="77777777" w:rsidR="007849B0" w:rsidRPr="007849B0" w:rsidRDefault="007849B0">
            <w:pPr>
              <w:rPr>
                <w:rFonts w:ascii="Times New Roman" w:eastAsia="Times New Roman" w:hAnsi="Times New Roman"/>
                <w:bCs/>
                <w:sz w:val="22"/>
              </w:rPr>
            </w:pPr>
            <w:r w:rsidRPr="007849B0">
              <w:rPr>
                <w:rFonts w:ascii="Times New Roman" w:eastAsia="Times New Roman" w:hAnsi="Times New Roman"/>
                <w:b/>
                <w:sz w:val="22"/>
              </w:rPr>
              <w:t>2.</w:t>
            </w:r>
            <w:proofErr w:type="gramStart"/>
            <w:r w:rsidRPr="007849B0">
              <w:rPr>
                <w:rFonts w:ascii="Times New Roman" w:eastAsia="Times New Roman" w:hAnsi="Times New Roman"/>
                <w:b/>
                <w:sz w:val="22"/>
              </w:rPr>
              <w:t>1.</w:t>
            </w:r>
            <w:r w:rsidRPr="007849B0">
              <w:rPr>
                <w:rFonts w:ascii="Times New Roman" w:eastAsia="Times New Roman" w:hAnsi="Times New Roman"/>
                <w:bCs/>
                <w:sz w:val="22"/>
              </w:rPr>
              <w:t>Cunoaşterea</w:t>
            </w:r>
            <w:proofErr w:type="gramEnd"/>
            <w:r w:rsidRPr="007849B0">
              <w:rPr>
                <w:rFonts w:ascii="Times New Roman" w:eastAsia="Times New Roman" w:hAnsi="Times New Roman"/>
                <w:bCs/>
                <w:sz w:val="22"/>
              </w:rPr>
              <w:t xml:space="preserve"> şi asumarea valorilor cetăţeniei democratice. </w:t>
            </w:r>
          </w:p>
          <w:p w14:paraId="2EA23517" w14:textId="5882D700" w:rsidR="00362523" w:rsidRPr="007849B0" w:rsidRDefault="007849B0">
            <w:pPr>
              <w:rPr>
                <w:rFonts w:ascii="Times New Roman" w:eastAsia="Times New Roman" w:hAnsi="Times New Roman"/>
                <w:sz w:val="22"/>
              </w:rPr>
            </w:pPr>
            <w:r w:rsidRPr="007849B0">
              <w:rPr>
                <w:rFonts w:ascii="Times New Roman" w:eastAsia="Times New Roman" w:hAnsi="Times New Roman"/>
                <w:b/>
                <w:sz w:val="22"/>
              </w:rPr>
              <w:t>3.1.</w:t>
            </w:r>
            <w:r w:rsidRPr="007849B0">
              <w:rPr>
                <w:rFonts w:ascii="Times New Roman" w:eastAsia="Times New Roman" w:hAnsi="Times New Roman"/>
                <w:bCs/>
                <w:sz w:val="22"/>
              </w:rPr>
              <w:t xml:space="preserve"> Selectarea şi comentarea surselor istorice pentru a susţine / combate un punct de vedere.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FDB86FA" w14:textId="77777777" w:rsidR="00362523" w:rsidRPr="007849B0" w:rsidRDefault="00000000">
            <w:pPr>
              <w:rPr>
                <w:sz w:val="22"/>
              </w:rPr>
            </w:pPr>
            <w:r w:rsidRPr="007849B0">
              <w:rPr>
                <w:rFonts w:ascii="Times New Roman" w:eastAsia="Times New Roman" w:hAnsi="Times New Roman"/>
                <w:sz w:val="22"/>
              </w:rPr>
              <w:t>• Impactul tehnologiei asupra vieții cotidiene și a mediului</w:t>
            </w:r>
            <w:r w:rsidRPr="007849B0">
              <w:rPr>
                <w:sz w:val="22"/>
              </w:rPr>
              <w:br/>
            </w:r>
            <w:r w:rsidRPr="007849B0">
              <w:rPr>
                <w:rFonts w:ascii="Times New Roman" w:eastAsia="Times New Roman" w:hAnsi="Times New Roman"/>
                <w:sz w:val="22"/>
              </w:rPr>
              <w:t>• Noile tehnologii și timpul liber</w:t>
            </w:r>
            <w:r w:rsidRPr="007849B0">
              <w:rPr>
                <w:sz w:val="22"/>
              </w:rPr>
              <w:br/>
            </w:r>
            <w:r w:rsidRPr="007849B0">
              <w:rPr>
                <w:rFonts w:ascii="Times New Roman" w:eastAsia="Times New Roman" w:hAnsi="Times New Roman"/>
                <w:sz w:val="22"/>
              </w:rPr>
              <w:t>• Economia, știința, societatea în lumea postbelică</w:t>
            </w:r>
            <w:r w:rsidRPr="007849B0">
              <w:rPr>
                <w:sz w:val="22"/>
              </w:rPr>
              <w:br/>
            </w:r>
            <w:r w:rsidRPr="007849B0">
              <w:rPr>
                <w:rFonts w:ascii="Times New Roman" w:eastAsia="Times New Roman" w:hAnsi="Times New Roman"/>
                <w:sz w:val="22"/>
              </w:rPr>
              <w:t>• Studiu de caz: Contribuții românești la dezvoltarea științei și tehnicii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3D5F392" w14:textId="77777777" w:rsidR="00362523" w:rsidRPr="007849B0" w:rsidRDefault="00000000">
            <w:pPr>
              <w:jc w:val="center"/>
              <w:rPr>
                <w:sz w:val="22"/>
              </w:rPr>
            </w:pPr>
            <w:r w:rsidRPr="007849B0">
              <w:rPr>
                <w:rFonts w:ascii="Times New Roman" w:eastAsia="Times New Roman" w:hAnsi="Times New Roman"/>
                <w:sz w:val="22"/>
              </w:rPr>
              <w:t>4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1EDFE36" w14:textId="77777777" w:rsidR="00362523" w:rsidRPr="007849B0" w:rsidRDefault="00000000">
            <w:pPr>
              <w:jc w:val="center"/>
              <w:rPr>
                <w:sz w:val="22"/>
              </w:rPr>
            </w:pPr>
            <w:r w:rsidRPr="007849B0"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 w:rsidRPr="007849B0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9 09-13 XI</w:t>
            </w:r>
            <w:r w:rsidRPr="007849B0">
              <w:rPr>
                <w:sz w:val="24"/>
                <w:szCs w:val="24"/>
              </w:rPr>
              <w:br/>
            </w:r>
            <w:r w:rsidRPr="007849B0"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 w:rsidRPr="007849B0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10 16-20 XI</w:t>
            </w:r>
            <w:r w:rsidRPr="007849B0">
              <w:rPr>
                <w:sz w:val="24"/>
                <w:szCs w:val="24"/>
              </w:rPr>
              <w:br/>
            </w:r>
            <w:r w:rsidRPr="007849B0"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 w:rsidRPr="007849B0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11 23-27 XI</w:t>
            </w:r>
            <w:r w:rsidRPr="007849B0">
              <w:rPr>
                <w:sz w:val="24"/>
                <w:szCs w:val="24"/>
              </w:rPr>
              <w:br/>
            </w:r>
            <w:r w:rsidRPr="007849B0"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 w:rsidRPr="007849B0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12 30 XI-04 XII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23E0CC0" w14:textId="77777777" w:rsidR="00362523" w:rsidRPr="007849B0" w:rsidRDefault="00000000">
            <w:pPr>
              <w:rPr>
                <w:sz w:val="22"/>
              </w:rPr>
            </w:pPr>
            <w:r w:rsidRPr="007849B0">
              <w:rPr>
                <w:rFonts w:ascii="Times New Roman" w:eastAsia="Times New Roman" w:hAnsi="Times New Roman"/>
                <w:sz w:val="20"/>
                <w:szCs w:val="20"/>
              </w:rPr>
              <w:t>*30 noiembrie și 1 decembrie - zile libere</w:t>
            </w:r>
          </w:p>
        </w:tc>
      </w:tr>
      <w:tr w:rsidR="002F7972" w14:paraId="0A9AF938" w14:textId="77777777" w:rsidTr="007849B0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822CA10" w14:textId="77777777" w:rsidR="00362523" w:rsidRPr="007849B0" w:rsidRDefault="00000000">
            <w:pPr>
              <w:jc w:val="center"/>
              <w:rPr>
                <w:sz w:val="22"/>
              </w:rPr>
            </w:pPr>
            <w:r w:rsidRPr="007849B0">
              <w:rPr>
                <w:rFonts w:ascii="Times New Roman" w:eastAsia="Times New Roman" w:hAnsi="Times New Roman"/>
                <w:sz w:val="22"/>
              </w:rPr>
              <w:t>6.</w:t>
            </w:r>
          </w:p>
        </w:tc>
        <w:tc>
          <w:tcPr>
            <w:tcW w:w="208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9AE9D9A" w14:textId="77777777" w:rsidR="00362523" w:rsidRPr="007849B0" w:rsidRDefault="00000000" w:rsidP="007849B0">
            <w:pPr>
              <w:jc w:val="center"/>
              <w:rPr>
                <w:b/>
                <w:sz w:val="22"/>
              </w:rPr>
            </w:pPr>
            <w:r w:rsidRPr="007849B0">
              <w:rPr>
                <w:rFonts w:ascii="Times New Roman" w:eastAsia="Times New Roman" w:hAnsi="Times New Roman"/>
                <w:b/>
                <w:sz w:val="22"/>
              </w:rPr>
              <w:t>RECAPITULARE ȘI EVALUARE</w:t>
            </w:r>
          </w:p>
        </w:tc>
        <w:tc>
          <w:tcPr>
            <w:tcW w:w="440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AE11C53" w14:textId="77777777" w:rsidR="00362523" w:rsidRPr="007849B0" w:rsidRDefault="00362523">
            <w:pPr>
              <w:rPr>
                <w:rFonts w:ascii="Times New Roman" w:eastAsia="Times New Roman" w:hAnsi="Times New Roman"/>
                <w:sz w:val="22"/>
              </w:rPr>
            </w:pP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9086DE6" w14:textId="77777777" w:rsidR="00362523" w:rsidRPr="007849B0" w:rsidRDefault="00000000">
            <w:pPr>
              <w:rPr>
                <w:sz w:val="22"/>
              </w:rPr>
            </w:pPr>
            <w:r w:rsidRPr="007849B0">
              <w:rPr>
                <w:rFonts w:ascii="Times New Roman" w:eastAsia="Times New Roman" w:hAnsi="Times New Roman"/>
                <w:sz w:val="22"/>
              </w:rPr>
              <w:t>• Oamenii, societatea și lumea ideilor</w:t>
            </w:r>
            <w:r w:rsidRPr="007849B0">
              <w:rPr>
                <w:sz w:val="22"/>
              </w:rPr>
              <w:br/>
            </w:r>
            <w:r w:rsidRPr="007849B0">
              <w:rPr>
                <w:rFonts w:ascii="Times New Roman" w:eastAsia="Times New Roman" w:hAnsi="Times New Roman"/>
                <w:sz w:val="22"/>
              </w:rPr>
              <w:t>• Economie și societate în lumea postbelică</w:t>
            </w:r>
            <w:r w:rsidRPr="007849B0">
              <w:rPr>
                <w:sz w:val="22"/>
              </w:rPr>
              <w:br/>
            </w:r>
            <w:r w:rsidRPr="007849B0">
              <w:rPr>
                <w:rFonts w:ascii="Times New Roman" w:eastAsia="Times New Roman" w:hAnsi="Times New Roman"/>
                <w:sz w:val="22"/>
              </w:rPr>
              <w:t>• Știința și societatea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36CF0EB" w14:textId="77777777" w:rsidR="00362523" w:rsidRPr="007849B0" w:rsidRDefault="00000000">
            <w:pPr>
              <w:jc w:val="center"/>
              <w:rPr>
                <w:sz w:val="22"/>
              </w:rPr>
            </w:pPr>
            <w:r w:rsidRPr="007849B0">
              <w:rPr>
                <w:rFonts w:ascii="Times New Roman" w:eastAsia="Times New Roman" w:hAnsi="Times New Roman"/>
                <w:sz w:val="22"/>
              </w:rPr>
              <w:t>1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5630B1E" w14:textId="77777777" w:rsidR="00362523" w:rsidRPr="007849B0" w:rsidRDefault="00000000">
            <w:pPr>
              <w:jc w:val="center"/>
              <w:rPr>
                <w:sz w:val="22"/>
              </w:rPr>
            </w:pPr>
            <w:r w:rsidRPr="007849B0"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 w:rsidRPr="007849B0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13 07-11 XII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3AE23AA" w14:textId="77777777" w:rsidR="00362523" w:rsidRPr="007849B0" w:rsidRDefault="00362523">
            <w:pPr>
              <w:rPr>
                <w:sz w:val="22"/>
              </w:rPr>
            </w:pPr>
          </w:p>
        </w:tc>
      </w:tr>
      <w:tr w:rsidR="002F7972" w14:paraId="200B36E0" w14:textId="77777777">
        <w:trPr>
          <w:cantSplit/>
          <w:jc w:val="center"/>
        </w:trPr>
        <w:tc>
          <w:tcPr>
            <w:tcW w:w="11594" w:type="dxa"/>
            <w:gridSpan w:val="5"/>
            <w:shd w:val="clear" w:color="auto" w:fill="FCE5CD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6577F41" w14:textId="77777777" w:rsidR="00362523" w:rsidRPr="007849B0" w:rsidRDefault="00000000">
            <w:pPr>
              <w:jc w:val="center"/>
              <w:rPr>
                <w:sz w:val="22"/>
              </w:rPr>
            </w:pPr>
            <w:r w:rsidRPr="007849B0">
              <w:rPr>
                <w:rFonts w:ascii="Times New Roman" w:eastAsia="Times New Roman" w:hAnsi="Times New Roman"/>
                <w:b/>
                <w:sz w:val="22"/>
              </w:rPr>
              <w:t>Activități extrașcolare și extracurriculare</w:t>
            </w:r>
            <w:r w:rsidRPr="007849B0">
              <w:rPr>
                <w:sz w:val="22"/>
              </w:rPr>
              <w:br/>
            </w:r>
            <w:r w:rsidRPr="007849B0">
              <w:rPr>
                <w:rFonts w:ascii="Times New Roman" w:eastAsia="Times New Roman" w:hAnsi="Times New Roman"/>
                <w:b/>
                <w:sz w:val="22"/>
              </w:rPr>
              <w:t>ȘCOALA ALTFEL</w:t>
            </w:r>
          </w:p>
        </w:tc>
        <w:tc>
          <w:tcPr>
            <w:tcW w:w="1502" w:type="dxa"/>
            <w:shd w:val="clear" w:color="auto" w:fill="FCE5CD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5B9DD5F" w14:textId="77777777" w:rsidR="00362523" w:rsidRPr="007849B0" w:rsidRDefault="00000000">
            <w:pPr>
              <w:jc w:val="center"/>
              <w:rPr>
                <w:sz w:val="22"/>
              </w:rPr>
            </w:pPr>
            <w:r w:rsidRPr="007849B0">
              <w:rPr>
                <w:rFonts w:ascii="Times New Roman" w:eastAsia="Times New Roman" w:hAnsi="Times New Roman"/>
                <w:b/>
                <w:sz w:val="24"/>
                <w:szCs w:val="24"/>
              </w:rPr>
              <w:t>S</w:t>
            </w:r>
            <w:r w:rsidRPr="007849B0">
              <w:rPr>
                <w:rFonts w:ascii="Times New Roman" w:eastAsia="Times New Roman" w:hAnsi="Times New Roman"/>
                <w:b/>
                <w:sz w:val="24"/>
                <w:szCs w:val="24"/>
                <w:vertAlign w:val="subscript"/>
              </w:rPr>
              <w:t>14 14-18 XII</w:t>
            </w:r>
          </w:p>
        </w:tc>
        <w:tc>
          <w:tcPr>
            <w:tcW w:w="1332" w:type="dxa"/>
            <w:shd w:val="clear" w:color="auto" w:fill="FCE5CD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66E49A0" w14:textId="77777777" w:rsidR="00362523" w:rsidRPr="007849B0" w:rsidRDefault="00362523">
            <w:pPr>
              <w:rPr>
                <w:sz w:val="22"/>
              </w:rPr>
            </w:pPr>
          </w:p>
        </w:tc>
      </w:tr>
      <w:tr w:rsidR="002F7972" w14:paraId="3200B1C1" w14:textId="77777777" w:rsidTr="007849B0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944E83E" w14:textId="77777777" w:rsidR="00362523" w:rsidRPr="007849B0" w:rsidRDefault="00000000">
            <w:pPr>
              <w:jc w:val="center"/>
              <w:rPr>
                <w:sz w:val="22"/>
              </w:rPr>
            </w:pPr>
            <w:r w:rsidRPr="007849B0">
              <w:rPr>
                <w:rFonts w:ascii="Times New Roman" w:eastAsia="Times New Roman" w:hAnsi="Times New Roman"/>
                <w:sz w:val="22"/>
              </w:rPr>
              <w:t>7.</w:t>
            </w:r>
          </w:p>
        </w:tc>
        <w:tc>
          <w:tcPr>
            <w:tcW w:w="208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38E8D8F" w14:textId="77777777" w:rsidR="00362523" w:rsidRPr="007849B0" w:rsidRDefault="00000000" w:rsidP="007849B0">
            <w:pPr>
              <w:jc w:val="center"/>
              <w:rPr>
                <w:b/>
                <w:sz w:val="22"/>
              </w:rPr>
            </w:pPr>
            <w:r w:rsidRPr="007849B0">
              <w:rPr>
                <w:rFonts w:ascii="Times New Roman" w:eastAsia="Times New Roman" w:hAnsi="Times New Roman"/>
                <w:b/>
                <w:sz w:val="22"/>
              </w:rPr>
              <w:t>STATUL ȘI POLITICA</w:t>
            </w:r>
            <w:r w:rsidRPr="007849B0">
              <w:rPr>
                <w:b/>
                <w:sz w:val="22"/>
              </w:rPr>
              <w:br/>
            </w:r>
            <w:r w:rsidRPr="007849B0">
              <w:rPr>
                <w:rFonts w:ascii="Times New Roman" w:eastAsia="Times New Roman" w:hAnsi="Times New Roman"/>
                <w:b/>
                <w:sz w:val="22"/>
              </w:rPr>
              <w:t>STATELE ÎN PERIOADA CONTEMPORANĂ</w:t>
            </w:r>
          </w:p>
        </w:tc>
        <w:tc>
          <w:tcPr>
            <w:tcW w:w="440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CDCBF88" w14:textId="77777777" w:rsidR="007849B0" w:rsidRDefault="00000000">
            <w:pPr>
              <w:rPr>
                <w:rFonts w:ascii="Times New Roman" w:eastAsia="Times New Roman" w:hAnsi="Times New Roman"/>
                <w:bCs/>
                <w:sz w:val="22"/>
              </w:rPr>
            </w:pPr>
            <w:r w:rsidRPr="007849B0">
              <w:rPr>
                <w:rFonts w:ascii="Times New Roman" w:eastAsia="Times New Roman" w:hAnsi="Times New Roman"/>
                <w:b/>
                <w:sz w:val="22"/>
              </w:rPr>
              <w:t>1.3.</w:t>
            </w:r>
            <w:r w:rsidRPr="007849B0">
              <w:rPr>
                <w:rFonts w:ascii="Times New Roman" w:eastAsia="Times New Roman" w:hAnsi="Times New Roman"/>
                <w:bCs/>
                <w:sz w:val="22"/>
              </w:rPr>
              <w:t xml:space="preserve"> Compararea unor opinii şi argumente diferite referitoare la o temă de istorie. </w:t>
            </w:r>
          </w:p>
          <w:p w14:paraId="5ED9642A" w14:textId="1F0EFBC0" w:rsidR="00362523" w:rsidRPr="007849B0" w:rsidRDefault="00000000">
            <w:pPr>
              <w:rPr>
                <w:rFonts w:ascii="Times New Roman" w:eastAsia="Times New Roman" w:hAnsi="Times New Roman"/>
                <w:sz w:val="22"/>
              </w:rPr>
            </w:pPr>
            <w:r w:rsidRPr="007849B0">
              <w:rPr>
                <w:rFonts w:ascii="Times New Roman" w:eastAsia="Times New Roman" w:hAnsi="Times New Roman"/>
                <w:b/>
                <w:sz w:val="22"/>
              </w:rPr>
              <w:t>2.2.</w:t>
            </w:r>
            <w:r w:rsidRPr="007849B0">
              <w:rPr>
                <w:rFonts w:ascii="Times New Roman" w:eastAsia="Times New Roman" w:hAnsi="Times New Roman"/>
                <w:bCs/>
                <w:sz w:val="22"/>
              </w:rPr>
              <w:t xml:space="preserve"> Analizarea instituţiilor, normelor şi procedurilor de guvernare.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4E48875" w14:textId="77777777" w:rsidR="00362523" w:rsidRPr="007849B0" w:rsidRDefault="00000000">
            <w:pPr>
              <w:rPr>
                <w:sz w:val="22"/>
              </w:rPr>
            </w:pPr>
            <w:r w:rsidRPr="007849B0">
              <w:rPr>
                <w:rFonts w:ascii="Times New Roman" w:eastAsia="Times New Roman" w:hAnsi="Times New Roman"/>
                <w:sz w:val="22"/>
              </w:rPr>
              <w:t>• Forme de organizare statală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E53CB3E" w14:textId="77777777" w:rsidR="00362523" w:rsidRPr="007849B0" w:rsidRDefault="00000000">
            <w:pPr>
              <w:jc w:val="center"/>
              <w:rPr>
                <w:sz w:val="22"/>
              </w:rPr>
            </w:pPr>
            <w:r w:rsidRPr="007849B0">
              <w:rPr>
                <w:rFonts w:ascii="Times New Roman" w:eastAsia="Times New Roman" w:hAnsi="Times New Roman"/>
                <w:sz w:val="22"/>
              </w:rPr>
              <w:t>1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FA8E217" w14:textId="77777777" w:rsidR="00362523" w:rsidRPr="007849B0" w:rsidRDefault="00000000">
            <w:pPr>
              <w:jc w:val="center"/>
              <w:rPr>
                <w:sz w:val="22"/>
              </w:rPr>
            </w:pPr>
            <w:r w:rsidRPr="007849B0"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 w:rsidRPr="007849B0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15 21-22 XII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CF65AA8" w14:textId="77777777" w:rsidR="00362523" w:rsidRPr="007849B0" w:rsidRDefault="00362523">
            <w:pPr>
              <w:rPr>
                <w:sz w:val="22"/>
              </w:rPr>
            </w:pPr>
          </w:p>
        </w:tc>
      </w:tr>
      <w:tr w:rsidR="002F7972" w14:paraId="7E220B59" w14:textId="77777777">
        <w:trPr>
          <w:cantSplit/>
          <w:jc w:val="center"/>
        </w:trPr>
        <w:tc>
          <w:tcPr>
            <w:tcW w:w="14428" w:type="dxa"/>
            <w:gridSpan w:val="7"/>
            <w:shd w:val="clear" w:color="auto" w:fill="93C47D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FB000F8" w14:textId="77777777" w:rsidR="00362523" w:rsidRDefault="00000000">
            <w:pPr>
              <w:jc w:val="center"/>
            </w:pPr>
            <w:r w:rsidRPr="007849B0">
              <w:rPr>
                <w:rFonts w:ascii="Times New Roman" w:eastAsia="Times New Roman" w:hAnsi="Times New Roman"/>
                <w:b/>
                <w:sz w:val="24"/>
                <w:szCs w:val="32"/>
              </w:rPr>
              <w:t>Vacanță - 23 decembrie 2026 - 10 ianuarie 2027</w:t>
            </w:r>
          </w:p>
        </w:tc>
      </w:tr>
    </w:tbl>
    <w:p w14:paraId="7B1A4CB1" w14:textId="77777777" w:rsidR="002F7972" w:rsidRDefault="00000000">
      <w:r>
        <w:br w:type="page"/>
      </w:r>
    </w:p>
    <w:p w14:paraId="3AFD09C7" w14:textId="77777777" w:rsidR="002F7972" w:rsidRDefault="00000000">
      <w:pPr>
        <w:spacing w:after="80"/>
        <w:jc w:val="center"/>
        <w:rPr>
          <w:rFonts w:ascii="Times New Roman" w:hAnsi="Times New Roman" w:cs="Times New Roman"/>
          <w:b/>
          <w:sz w:val="24"/>
          <w:szCs w:val="36"/>
        </w:rPr>
      </w:pPr>
      <w:r w:rsidRPr="00215BFA">
        <w:rPr>
          <w:b/>
          <w:sz w:val="22"/>
          <w:szCs w:val="24"/>
        </w:rPr>
        <w:lastRenderedPageBreak/>
        <w:br/>
      </w:r>
      <w:r w:rsidRPr="00215BFA">
        <w:rPr>
          <w:rFonts w:ascii="Times New Roman" w:hAnsi="Times New Roman" w:cs="Times New Roman"/>
          <w:b/>
          <w:sz w:val="24"/>
          <w:szCs w:val="36"/>
          <w:highlight w:val="yellow"/>
        </w:rPr>
        <w:t>MODULUL AL III-LEA - 6 săptămâni</w:t>
      </w:r>
    </w:p>
    <w:p w14:paraId="186CEB4A" w14:textId="77777777" w:rsidR="00215BFA" w:rsidRPr="00215BFA" w:rsidRDefault="00215BFA">
      <w:pPr>
        <w:spacing w:after="80"/>
        <w:jc w:val="center"/>
        <w:rPr>
          <w:rFonts w:ascii="Times New Roman" w:hAnsi="Times New Roman" w:cs="Times New Roman"/>
          <w:sz w:val="20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177"/>
        <w:gridCol w:w="4315"/>
        <w:gridCol w:w="4082"/>
        <w:gridCol w:w="595"/>
        <w:gridCol w:w="1502"/>
        <w:gridCol w:w="1332"/>
      </w:tblGrid>
      <w:tr w:rsidR="002F7972" w14:paraId="3C89F686" w14:textId="77777777" w:rsidTr="008608C6">
        <w:trPr>
          <w:cantSplit/>
          <w:tblHeader/>
          <w:jc w:val="center"/>
        </w:trPr>
        <w:tc>
          <w:tcPr>
            <w:tcW w:w="42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58B411D" w14:textId="77777777" w:rsidR="002F7972" w:rsidRPr="008608C6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8608C6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8608C6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crt.</w:t>
            </w:r>
          </w:p>
        </w:tc>
        <w:tc>
          <w:tcPr>
            <w:tcW w:w="2177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A4DB718" w14:textId="77777777" w:rsidR="002F7972" w:rsidRPr="008608C6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8608C6">
              <w:rPr>
                <w:rFonts w:ascii="Times New Roman" w:hAnsi="Times New Roman" w:cs="Times New Roman"/>
                <w:b/>
                <w:sz w:val="20"/>
                <w:szCs w:val="32"/>
              </w:rPr>
              <w:t>Unitatea de învățare</w:t>
            </w:r>
          </w:p>
        </w:tc>
        <w:tc>
          <w:tcPr>
            <w:tcW w:w="431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2761173" w14:textId="77777777" w:rsidR="002F7972" w:rsidRPr="008608C6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8608C6">
              <w:rPr>
                <w:rFonts w:ascii="Times New Roman" w:hAnsi="Times New Roman" w:cs="Times New Roman"/>
                <w:b/>
                <w:sz w:val="20"/>
                <w:szCs w:val="32"/>
              </w:rPr>
              <w:t>Competențe specifice</w:t>
            </w:r>
          </w:p>
        </w:tc>
        <w:tc>
          <w:tcPr>
            <w:tcW w:w="408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6883AAD" w14:textId="77777777" w:rsidR="002F7972" w:rsidRPr="008608C6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8608C6">
              <w:rPr>
                <w:rFonts w:ascii="Times New Roman" w:hAnsi="Times New Roman" w:cs="Times New Roman"/>
                <w:b/>
                <w:sz w:val="20"/>
                <w:szCs w:val="32"/>
              </w:rPr>
              <w:t>Conținuturi</w:t>
            </w:r>
          </w:p>
        </w:tc>
        <w:tc>
          <w:tcPr>
            <w:tcW w:w="59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33FC6C7" w14:textId="77777777" w:rsidR="002F7972" w:rsidRPr="008608C6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8608C6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8608C6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ore</w:t>
            </w:r>
          </w:p>
        </w:tc>
        <w:tc>
          <w:tcPr>
            <w:tcW w:w="150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0B9A884" w14:textId="77777777" w:rsidR="002F7972" w:rsidRPr="008608C6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8608C6">
              <w:rPr>
                <w:rFonts w:ascii="Times New Roman" w:hAnsi="Times New Roman" w:cs="Times New Roman"/>
                <w:b/>
                <w:sz w:val="20"/>
                <w:szCs w:val="32"/>
              </w:rPr>
              <w:t>Săptămâna</w:t>
            </w:r>
          </w:p>
        </w:tc>
        <w:tc>
          <w:tcPr>
            <w:tcW w:w="133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D82C345" w14:textId="77777777" w:rsidR="002F7972" w:rsidRPr="008608C6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8608C6">
              <w:rPr>
                <w:rFonts w:ascii="Times New Roman" w:hAnsi="Times New Roman" w:cs="Times New Roman"/>
                <w:b/>
                <w:sz w:val="20"/>
                <w:szCs w:val="32"/>
              </w:rPr>
              <w:t>Obs.</w:t>
            </w:r>
          </w:p>
        </w:tc>
      </w:tr>
      <w:tr w:rsidR="008608C6" w14:paraId="3B001C1B" w14:textId="77777777" w:rsidTr="008608C6">
        <w:trPr>
          <w:cantSplit/>
          <w:jc w:val="center"/>
        </w:trPr>
        <w:tc>
          <w:tcPr>
            <w:tcW w:w="425" w:type="dxa"/>
            <w:vMerge w:val="restart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928D78F" w14:textId="77777777" w:rsidR="008608C6" w:rsidRPr="00870AE4" w:rsidRDefault="008608C6">
            <w:pPr>
              <w:jc w:val="center"/>
              <w:rPr>
                <w:rFonts w:ascii="Times New Roman" w:hAnsi="Times New Roman" w:cs="Times New Roman"/>
                <w:sz w:val="22"/>
                <w:szCs w:val="44"/>
              </w:rPr>
            </w:pPr>
            <w:r w:rsidRPr="00870AE4">
              <w:rPr>
                <w:rFonts w:ascii="Times New Roman" w:eastAsia="Times New Roman" w:hAnsi="Times New Roman" w:cs="Times New Roman"/>
                <w:sz w:val="22"/>
                <w:szCs w:val="44"/>
              </w:rPr>
              <w:t>7.</w:t>
            </w:r>
          </w:p>
          <w:p w14:paraId="3EE25C58" w14:textId="619D4C99" w:rsidR="008608C6" w:rsidRPr="00870AE4" w:rsidRDefault="008608C6">
            <w:pPr>
              <w:jc w:val="center"/>
              <w:rPr>
                <w:rFonts w:ascii="Times New Roman" w:hAnsi="Times New Roman" w:cs="Times New Roman"/>
                <w:sz w:val="22"/>
                <w:szCs w:val="44"/>
              </w:rPr>
            </w:pPr>
          </w:p>
          <w:p w14:paraId="13C33EF6" w14:textId="6D40B0A4" w:rsidR="008608C6" w:rsidRPr="00870AE4" w:rsidRDefault="008608C6" w:rsidP="00722EBF">
            <w:pPr>
              <w:jc w:val="center"/>
              <w:rPr>
                <w:rFonts w:ascii="Times New Roman" w:hAnsi="Times New Roman" w:cs="Times New Roman"/>
                <w:sz w:val="22"/>
                <w:szCs w:val="44"/>
              </w:rPr>
            </w:pPr>
          </w:p>
        </w:tc>
        <w:tc>
          <w:tcPr>
            <w:tcW w:w="2177" w:type="dxa"/>
            <w:vMerge w:val="restart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4531365" w14:textId="44AB55D8" w:rsidR="008608C6" w:rsidRPr="008608C6" w:rsidRDefault="008608C6" w:rsidP="008608C6">
            <w:pPr>
              <w:jc w:val="center"/>
              <w:rPr>
                <w:rFonts w:ascii="Times New Roman" w:hAnsi="Times New Roman" w:cs="Times New Roman"/>
                <w:b/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 w:cs="Times New Roman"/>
                <w:b/>
                <w:sz w:val="22"/>
                <w:szCs w:val="44"/>
              </w:rPr>
              <w:t>STATUL ȘI POLITICA</w:t>
            </w:r>
            <w:r w:rsidRPr="008608C6">
              <w:rPr>
                <w:rFonts w:ascii="Times New Roman" w:hAnsi="Times New Roman" w:cs="Times New Roman"/>
                <w:b/>
                <w:sz w:val="22"/>
                <w:szCs w:val="44"/>
              </w:rPr>
              <w:br/>
            </w:r>
            <w:r w:rsidRPr="008608C6">
              <w:rPr>
                <w:rFonts w:ascii="Times New Roman" w:eastAsia="Times New Roman" w:hAnsi="Times New Roman" w:cs="Times New Roman"/>
                <w:b/>
                <w:sz w:val="22"/>
                <w:szCs w:val="44"/>
              </w:rPr>
              <w:t>STATELE ÎN PERIOADA CONTEMPORANĂ</w:t>
            </w:r>
          </w:p>
        </w:tc>
        <w:tc>
          <w:tcPr>
            <w:tcW w:w="431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06EA415" w14:textId="77777777" w:rsidR="008608C6" w:rsidRPr="00870AE4" w:rsidRDefault="008608C6">
            <w:pPr>
              <w:rPr>
                <w:rFonts w:ascii="Times New Roman" w:eastAsia="Times New Roman" w:hAnsi="Times New Roman" w:cs="Times New Roman"/>
                <w:bCs/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 w:cs="Times New Roman"/>
                <w:b/>
                <w:sz w:val="22"/>
                <w:szCs w:val="44"/>
              </w:rPr>
              <w:t>1.3.</w:t>
            </w:r>
            <w:r w:rsidRPr="00870AE4">
              <w:rPr>
                <w:rFonts w:ascii="Times New Roman" w:eastAsia="Times New Roman" w:hAnsi="Times New Roman" w:cs="Times New Roman"/>
                <w:bCs/>
                <w:sz w:val="22"/>
                <w:szCs w:val="44"/>
              </w:rPr>
              <w:t xml:space="preserve"> Compararea unor opinii şi argumente diferite referitoare la o temă de istorie. </w:t>
            </w:r>
          </w:p>
          <w:p w14:paraId="421BF417" w14:textId="0826B807" w:rsidR="008608C6" w:rsidRPr="00870AE4" w:rsidRDefault="008608C6">
            <w:pPr>
              <w:rPr>
                <w:rFonts w:ascii="Times New Roman" w:eastAsia="Times New Roman" w:hAnsi="Times New Roman" w:cs="Times New Roman"/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 w:cs="Times New Roman"/>
                <w:b/>
                <w:sz w:val="22"/>
                <w:szCs w:val="44"/>
              </w:rPr>
              <w:t>2.2</w:t>
            </w:r>
            <w:r w:rsidRPr="00870AE4">
              <w:rPr>
                <w:rFonts w:ascii="Times New Roman" w:eastAsia="Times New Roman" w:hAnsi="Times New Roman" w:cs="Times New Roman"/>
                <w:bCs/>
                <w:sz w:val="22"/>
                <w:szCs w:val="44"/>
              </w:rPr>
              <w:t>. Analizarea instituţiilor, normelor şi procedurilor de guvernare.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56FED7F" w14:textId="77777777" w:rsidR="008608C6" w:rsidRPr="00870AE4" w:rsidRDefault="008608C6">
            <w:pPr>
              <w:rPr>
                <w:rFonts w:ascii="Times New Roman" w:hAnsi="Times New Roman" w:cs="Times New Roman"/>
                <w:sz w:val="22"/>
                <w:szCs w:val="44"/>
              </w:rPr>
            </w:pPr>
            <w:r w:rsidRPr="00870AE4">
              <w:rPr>
                <w:rFonts w:ascii="Times New Roman" w:eastAsia="Times New Roman" w:hAnsi="Times New Roman" w:cs="Times New Roman"/>
                <w:sz w:val="22"/>
                <w:szCs w:val="44"/>
              </w:rPr>
              <w:t>• Forme de organizare statală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1F7047D" w14:textId="77777777" w:rsidR="008608C6" w:rsidRPr="00870AE4" w:rsidRDefault="008608C6">
            <w:pPr>
              <w:jc w:val="center"/>
              <w:rPr>
                <w:rFonts w:ascii="Times New Roman" w:hAnsi="Times New Roman" w:cs="Times New Roman"/>
                <w:sz w:val="22"/>
                <w:szCs w:val="44"/>
              </w:rPr>
            </w:pPr>
            <w:r w:rsidRPr="00870AE4">
              <w:rPr>
                <w:rFonts w:ascii="Times New Roman" w:eastAsia="Times New Roman" w:hAnsi="Times New Roman" w:cs="Times New Roman"/>
                <w:sz w:val="22"/>
                <w:szCs w:val="44"/>
              </w:rPr>
              <w:t>1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C742A12" w14:textId="77777777" w:rsidR="008608C6" w:rsidRPr="008608C6" w:rsidRDefault="008608C6">
            <w:pPr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  <w:r w:rsidRPr="008608C6">
              <w:rPr>
                <w:rFonts w:ascii="Times New Roman" w:eastAsia="Times New Roman" w:hAnsi="Times New Roman" w:cs="Times New Roman"/>
                <w:sz w:val="24"/>
                <w:szCs w:val="48"/>
              </w:rPr>
              <w:t>S</w:t>
            </w:r>
            <w:r w:rsidRPr="008608C6">
              <w:rPr>
                <w:rFonts w:ascii="Times New Roman" w:eastAsia="Times New Roman" w:hAnsi="Times New Roman" w:cs="Times New Roman"/>
                <w:sz w:val="24"/>
                <w:szCs w:val="48"/>
                <w:vertAlign w:val="subscript"/>
              </w:rPr>
              <w:t>16 11-15 I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F7EB559" w14:textId="77777777" w:rsidR="008608C6" w:rsidRPr="00870AE4" w:rsidRDefault="008608C6">
            <w:pPr>
              <w:rPr>
                <w:rFonts w:ascii="Times New Roman" w:hAnsi="Times New Roman" w:cs="Times New Roman"/>
                <w:sz w:val="22"/>
                <w:szCs w:val="44"/>
              </w:rPr>
            </w:pPr>
          </w:p>
        </w:tc>
      </w:tr>
      <w:tr w:rsidR="008608C6" w14:paraId="1EFF5525" w14:textId="77777777" w:rsidTr="008608C6">
        <w:trPr>
          <w:cantSplit/>
          <w:jc w:val="center"/>
        </w:trPr>
        <w:tc>
          <w:tcPr>
            <w:tcW w:w="425" w:type="dxa"/>
            <w:vMerge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E430C8E" w14:textId="77245DA1" w:rsidR="008608C6" w:rsidRPr="00870AE4" w:rsidRDefault="008608C6" w:rsidP="00722EBF">
            <w:pPr>
              <w:jc w:val="center"/>
              <w:rPr>
                <w:rFonts w:ascii="Times New Roman" w:hAnsi="Times New Roman" w:cs="Times New Roman"/>
                <w:sz w:val="22"/>
                <w:szCs w:val="44"/>
              </w:rPr>
            </w:pPr>
          </w:p>
        </w:tc>
        <w:tc>
          <w:tcPr>
            <w:tcW w:w="2177" w:type="dxa"/>
            <w:vMerge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D4567C5" w14:textId="253D8886" w:rsidR="008608C6" w:rsidRPr="008608C6" w:rsidRDefault="008608C6" w:rsidP="008608C6">
            <w:pPr>
              <w:jc w:val="center"/>
              <w:rPr>
                <w:rFonts w:ascii="Times New Roman" w:hAnsi="Times New Roman" w:cs="Times New Roman"/>
                <w:b/>
                <w:sz w:val="22"/>
                <w:szCs w:val="44"/>
              </w:rPr>
            </w:pPr>
          </w:p>
        </w:tc>
        <w:tc>
          <w:tcPr>
            <w:tcW w:w="431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1E93233" w14:textId="77777777" w:rsidR="008608C6" w:rsidRPr="00870AE4" w:rsidRDefault="008608C6">
            <w:pPr>
              <w:rPr>
                <w:rFonts w:ascii="Times New Roman" w:eastAsia="Times New Roman" w:hAnsi="Times New Roman" w:cs="Times New Roman"/>
                <w:bCs/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 w:cs="Times New Roman"/>
                <w:b/>
                <w:sz w:val="22"/>
                <w:szCs w:val="44"/>
              </w:rPr>
              <w:t>1.3.</w:t>
            </w:r>
            <w:r w:rsidRPr="00870AE4">
              <w:rPr>
                <w:rFonts w:ascii="Times New Roman" w:eastAsia="Times New Roman" w:hAnsi="Times New Roman" w:cs="Times New Roman"/>
                <w:bCs/>
                <w:sz w:val="22"/>
                <w:szCs w:val="44"/>
              </w:rPr>
              <w:t xml:space="preserve"> Compararea unor opinii şi argumente diferite referitoare la o temă de istorie. </w:t>
            </w:r>
          </w:p>
          <w:p w14:paraId="62190CFA" w14:textId="77777777" w:rsidR="008608C6" w:rsidRDefault="008608C6">
            <w:pPr>
              <w:rPr>
                <w:rFonts w:ascii="Times New Roman" w:eastAsia="Times New Roman" w:hAnsi="Times New Roman" w:cs="Times New Roman"/>
                <w:bCs/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 w:cs="Times New Roman"/>
                <w:b/>
                <w:sz w:val="22"/>
                <w:szCs w:val="44"/>
              </w:rPr>
              <w:t>2.2</w:t>
            </w:r>
            <w:r w:rsidRPr="00870AE4">
              <w:rPr>
                <w:rFonts w:ascii="Times New Roman" w:eastAsia="Times New Roman" w:hAnsi="Times New Roman" w:cs="Times New Roman"/>
                <w:bCs/>
                <w:sz w:val="22"/>
                <w:szCs w:val="44"/>
              </w:rPr>
              <w:t xml:space="preserve">. Analizarea instituţiilor, normelor şi procedurilor de guvernare. </w:t>
            </w:r>
          </w:p>
          <w:p w14:paraId="2AAAD5A5" w14:textId="3C3F43CE" w:rsidR="008608C6" w:rsidRPr="00870AE4" w:rsidRDefault="008608C6">
            <w:pPr>
              <w:rPr>
                <w:rFonts w:ascii="Times New Roman" w:eastAsia="Times New Roman" w:hAnsi="Times New Roman" w:cs="Times New Roman"/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 w:cs="Times New Roman"/>
                <w:b/>
                <w:sz w:val="22"/>
                <w:szCs w:val="44"/>
              </w:rPr>
              <w:t>3.3.</w:t>
            </w:r>
            <w:r w:rsidRPr="00870AE4">
              <w:rPr>
                <w:rFonts w:ascii="Times New Roman" w:eastAsia="Times New Roman" w:hAnsi="Times New Roman" w:cs="Times New Roman"/>
                <w:bCs/>
                <w:sz w:val="22"/>
                <w:szCs w:val="44"/>
              </w:rPr>
              <w:t xml:space="preserve"> Descoperirea în sursele de informarea perspectivelor diferite asupra evenimentelor şi proceselor istorice.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6D2F60D" w14:textId="77777777" w:rsidR="008608C6" w:rsidRPr="00870AE4" w:rsidRDefault="008608C6">
            <w:pPr>
              <w:rPr>
                <w:rFonts w:ascii="Times New Roman" w:hAnsi="Times New Roman" w:cs="Times New Roman"/>
                <w:sz w:val="22"/>
                <w:szCs w:val="44"/>
              </w:rPr>
            </w:pPr>
            <w:r w:rsidRPr="00870AE4">
              <w:rPr>
                <w:rFonts w:ascii="Times New Roman" w:eastAsia="Times New Roman" w:hAnsi="Times New Roman" w:cs="Times New Roman"/>
                <w:sz w:val="22"/>
                <w:szCs w:val="44"/>
              </w:rPr>
              <w:t>• Idei și regimuri politice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6364C22" w14:textId="77777777" w:rsidR="008608C6" w:rsidRPr="00870AE4" w:rsidRDefault="008608C6">
            <w:pPr>
              <w:jc w:val="center"/>
              <w:rPr>
                <w:rFonts w:ascii="Times New Roman" w:hAnsi="Times New Roman" w:cs="Times New Roman"/>
                <w:sz w:val="22"/>
                <w:szCs w:val="44"/>
              </w:rPr>
            </w:pPr>
            <w:r w:rsidRPr="00870AE4">
              <w:rPr>
                <w:rFonts w:ascii="Times New Roman" w:eastAsia="Times New Roman" w:hAnsi="Times New Roman" w:cs="Times New Roman"/>
                <w:sz w:val="22"/>
                <w:szCs w:val="44"/>
              </w:rPr>
              <w:t>2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C136E1F" w14:textId="77777777" w:rsidR="008608C6" w:rsidRPr="008608C6" w:rsidRDefault="008608C6">
            <w:pPr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  <w:r w:rsidRPr="008608C6">
              <w:rPr>
                <w:rFonts w:ascii="Times New Roman" w:eastAsia="Times New Roman" w:hAnsi="Times New Roman" w:cs="Times New Roman"/>
                <w:sz w:val="24"/>
                <w:szCs w:val="48"/>
              </w:rPr>
              <w:t>S</w:t>
            </w:r>
            <w:r w:rsidRPr="008608C6">
              <w:rPr>
                <w:rFonts w:ascii="Times New Roman" w:eastAsia="Times New Roman" w:hAnsi="Times New Roman" w:cs="Times New Roman"/>
                <w:sz w:val="24"/>
                <w:szCs w:val="48"/>
                <w:vertAlign w:val="subscript"/>
              </w:rPr>
              <w:t>17 18-22 I</w:t>
            </w:r>
            <w:r w:rsidRPr="008608C6">
              <w:rPr>
                <w:rFonts w:ascii="Times New Roman" w:hAnsi="Times New Roman" w:cs="Times New Roman"/>
                <w:sz w:val="24"/>
                <w:szCs w:val="48"/>
              </w:rPr>
              <w:br/>
            </w:r>
            <w:r w:rsidRPr="008608C6">
              <w:rPr>
                <w:rFonts w:ascii="Times New Roman" w:eastAsia="Times New Roman" w:hAnsi="Times New Roman" w:cs="Times New Roman"/>
                <w:sz w:val="24"/>
                <w:szCs w:val="48"/>
              </w:rPr>
              <w:t>S</w:t>
            </w:r>
            <w:r w:rsidRPr="008608C6">
              <w:rPr>
                <w:rFonts w:ascii="Times New Roman" w:eastAsia="Times New Roman" w:hAnsi="Times New Roman" w:cs="Times New Roman"/>
                <w:sz w:val="24"/>
                <w:szCs w:val="48"/>
                <w:vertAlign w:val="subscript"/>
              </w:rPr>
              <w:t>18 25-29 I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07476D3" w14:textId="77777777" w:rsidR="008608C6" w:rsidRPr="00870AE4" w:rsidRDefault="008608C6">
            <w:pPr>
              <w:rPr>
                <w:rFonts w:ascii="Times New Roman" w:hAnsi="Times New Roman" w:cs="Times New Roman"/>
                <w:sz w:val="22"/>
                <w:szCs w:val="44"/>
              </w:rPr>
            </w:pPr>
          </w:p>
        </w:tc>
      </w:tr>
      <w:tr w:rsidR="008608C6" w14:paraId="0822000C" w14:textId="77777777" w:rsidTr="008608C6">
        <w:trPr>
          <w:cantSplit/>
          <w:jc w:val="center"/>
        </w:trPr>
        <w:tc>
          <w:tcPr>
            <w:tcW w:w="425" w:type="dxa"/>
            <w:vMerge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47233C6" w14:textId="3AC83A63" w:rsidR="008608C6" w:rsidRPr="00870AE4" w:rsidRDefault="008608C6">
            <w:pPr>
              <w:jc w:val="center"/>
              <w:rPr>
                <w:rFonts w:ascii="Times New Roman" w:hAnsi="Times New Roman" w:cs="Times New Roman"/>
                <w:sz w:val="22"/>
                <w:szCs w:val="44"/>
              </w:rPr>
            </w:pPr>
          </w:p>
        </w:tc>
        <w:tc>
          <w:tcPr>
            <w:tcW w:w="2177" w:type="dxa"/>
            <w:vMerge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C3909C5" w14:textId="6A90654B" w:rsidR="008608C6" w:rsidRPr="008608C6" w:rsidRDefault="008608C6" w:rsidP="008608C6">
            <w:pPr>
              <w:jc w:val="center"/>
              <w:rPr>
                <w:rFonts w:ascii="Times New Roman" w:hAnsi="Times New Roman" w:cs="Times New Roman"/>
                <w:b/>
                <w:sz w:val="22"/>
                <w:szCs w:val="44"/>
              </w:rPr>
            </w:pPr>
          </w:p>
        </w:tc>
        <w:tc>
          <w:tcPr>
            <w:tcW w:w="431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00FE030" w14:textId="77777777" w:rsidR="008608C6" w:rsidRPr="00870AE4" w:rsidRDefault="008608C6">
            <w:pPr>
              <w:rPr>
                <w:rFonts w:ascii="Times New Roman" w:eastAsia="Times New Roman" w:hAnsi="Times New Roman" w:cs="Times New Roman"/>
                <w:bCs/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 w:cs="Times New Roman"/>
                <w:b/>
                <w:sz w:val="22"/>
                <w:szCs w:val="44"/>
              </w:rPr>
              <w:t>1.3.</w:t>
            </w:r>
            <w:r w:rsidRPr="00870AE4">
              <w:rPr>
                <w:rFonts w:ascii="Times New Roman" w:eastAsia="Times New Roman" w:hAnsi="Times New Roman" w:cs="Times New Roman"/>
                <w:bCs/>
                <w:sz w:val="22"/>
                <w:szCs w:val="44"/>
              </w:rPr>
              <w:t xml:space="preserve"> Compararea unor opinii şi argumente diferite referitoare la o temă de istorie. </w:t>
            </w:r>
          </w:p>
          <w:p w14:paraId="6338B869" w14:textId="6A378C57" w:rsidR="008608C6" w:rsidRPr="00870AE4" w:rsidRDefault="008608C6">
            <w:pPr>
              <w:rPr>
                <w:rFonts w:ascii="Times New Roman" w:eastAsia="Times New Roman" w:hAnsi="Times New Roman" w:cs="Times New Roman"/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 w:cs="Times New Roman"/>
                <w:b/>
                <w:sz w:val="22"/>
                <w:szCs w:val="44"/>
              </w:rPr>
              <w:t>2.3.</w:t>
            </w:r>
            <w:r w:rsidRPr="00870AE4">
              <w:rPr>
                <w:rFonts w:ascii="Times New Roman" w:eastAsia="Times New Roman" w:hAnsi="Times New Roman" w:cs="Times New Roman"/>
                <w:bCs/>
                <w:sz w:val="22"/>
                <w:szCs w:val="44"/>
              </w:rPr>
              <w:t xml:space="preserve"> Folosirea strategiilor de negociere şi cooperare civică.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2077913" w14:textId="77777777" w:rsidR="008608C6" w:rsidRPr="00870AE4" w:rsidRDefault="008608C6">
            <w:pPr>
              <w:rPr>
                <w:rFonts w:ascii="Times New Roman" w:hAnsi="Times New Roman" w:cs="Times New Roman"/>
                <w:sz w:val="22"/>
                <w:szCs w:val="44"/>
              </w:rPr>
            </w:pPr>
            <w:r w:rsidRPr="00870AE4">
              <w:rPr>
                <w:rFonts w:ascii="Times New Roman" w:eastAsia="Times New Roman" w:hAnsi="Times New Roman" w:cs="Times New Roman"/>
                <w:sz w:val="22"/>
                <w:szCs w:val="44"/>
              </w:rPr>
              <w:t>• România - de la statul totalitar la statul de drept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3BC9B14" w14:textId="77777777" w:rsidR="008608C6" w:rsidRPr="00870AE4" w:rsidRDefault="008608C6">
            <w:pPr>
              <w:jc w:val="center"/>
              <w:rPr>
                <w:rFonts w:ascii="Times New Roman" w:hAnsi="Times New Roman" w:cs="Times New Roman"/>
                <w:sz w:val="22"/>
                <w:szCs w:val="44"/>
              </w:rPr>
            </w:pPr>
            <w:r w:rsidRPr="00870AE4">
              <w:rPr>
                <w:rFonts w:ascii="Times New Roman" w:eastAsia="Times New Roman" w:hAnsi="Times New Roman" w:cs="Times New Roman"/>
                <w:sz w:val="22"/>
                <w:szCs w:val="44"/>
              </w:rPr>
              <w:t>2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5962B8D" w14:textId="77777777" w:rsidR="008608C6" w:rsidRPr="008608C6" w:rsidRDefault="008608C6">
            <w:pPr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  <w:r w:rsidRPr="008608C6">
              <w:rPr>
                <w:rFonts w:ascii="Times New Roman" w:eastAsia="Times New Roman" w:hAnsi="Times New Roman" w:cs="Times New Roman"/>
                <w:sz w:val="24"/>
                <w:szCs w:val="48"/>
              </w:rPr>
              <w:t>S</w:t>
            </w:r>
            <w:r w:rsidRPr="008608C6">
              <w:rPr>
                <w:rFonts w:ascii="Times New Roman" w:eastAsia="Times New Roman" w:hAnsi="Times New Roman" w:cs="Times New Roman"/>
                <w:sz w:val="24"/>
                <w:szCs w:val="48"/>
                <w:vertAlign w:val="subscript"/>
              </w:rPr>
              <w:t>19 01-05 II</w:t>
            </w:r>
            <w:r w:rsidRPr="008608C6">
              <w:rPr>
                <w:rFonts w:ascii="Times New Roman" w:hAnsi="Times New Roman" w:cs="Times New Roman"/>
                <w:sz w:val="24"/>
                <w:szCs w:val="48"/>
              </w:rPr>
              <w:br/>
            </w:r>
            <w:r w:rsidRPr="008608C6">
              <w:rPr>
                <w:rFonts w:ascii="Times New Roman" w:eastAsia="Times New Roman" w:hAnsi="Times New Roman" w:cs="Times New Roman"/>
                <w:sz w:val="24"/>
                <w:szCs w:val="48"/>
              </w:rPr>
              <w:t>S</w:t>
            </w:r>
            <w:r w:rsidRPr="008608C6">
              <w:rPr>
                <w:rFonts w:ascii="Times New Roman" w:eastAsia="Times New Roman" w:hAnsi="Times New Roman" w:cs="Times New Roman"/>
                <w:sz w:val="24"/>
                <w:szCs w:val="48"/>
                <w:vertAlign w:val="subscript"/>
              </w:rPr>
              <w:t>20 08-12 II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D119F88" w14:textId="77777777" w:rsidR="008608C6" w:rsidRPr="00870AE4" w:rsidRDefault="008608C6">
            <w:pPr>
              <w:rPr>
                <w:rFonts w:ascii="Times New Roman" w:hAnsi="Times New Roman" w:cs="Times New Roman"/>
                <w:sz w:val="22"/>
                <w:szCs w:val="44"/>
              </w:rPr>
            </w:pPr>
          </w:p>
        </w:tc>
      </w:tr>
      <w:tr w:rsidR="002F7972" w14:paraId="07903D11" w14:textId="77777777" w:rsidTr="008608C6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B688575" w14:textId="77777777" w:rsidR="00362523" w:rsidRPr="00870AE4" w:rsidRDefault="00000000">
            <w:pPr>
              <w:jc w:val="center"/>
              <w:rPr>
                <w:rFonts w:ascii="Times New Roman" w:hAnsi="Times New Roman" w:cs="Times New Roman"/>
                <w:sz w:val="22"/>
                <w:szCs w:val="44"/>
              </w:rPr>
            </w:pPr>
            <w:r w:rsidRPr="00870AE4">
              <w:rPr>
                <w:rFonts w:ascii="Times New Roman" w:eastAsia="Times New Roman" w:hAnsi="Times New Roman" w:cs="Times New Roman"/>
                <w:sz w:val="22"/>
                <w:szCs w:val="44"/>
              </w:rPr>
              <w:t>8.</w:t>
            </w:r>
          </w:p>
        </w:tc>
        <w:tc>
          <w:tcPr>
            <w:tcW w:w="21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3D49CB8" w14:textId="77777777" w:rsidR="00362523" w:rsidRPr="008608C6" w:rsidRDefault="00000000" w:rsidP="008608C6">
            <w:pPr>
              <w:jc w:val="center"/>
              <w:rPr>
                <w:rFonts w:ascii="Times New Roman" w:hAnsi="Times New Roman" w:cs="Times New Roman"/>
                <w:b/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 w:cs="Times New Roman"/>
                <w:b/>
                <w:sz w:val="22"/>
                <w:szCs w:val="44"/>
              </w:rPr>
              <w:t>RELAȚIILE INTERNAȚIONALE</w:t>
            </w:r>
            <w:r w:rsidRPr="008608C6">
              <w:rPr>
                <w:rFonts w:ascii="Times New Roman" w:hAnsi="Times New Roman" w:cs="Times New Roman"/>
                <w:b/>
                <w:sz w:val="22"/>
                <w:szCs w:val="44"/>
              </w:rPr>
              <w:br/>
            </w:r>
            <w:r w:rsidRPr="008608C6">
              <w:rPr>
                <w:rFonts w:ascii="Times New Roman" w:eastAsia="Times New Roman" w:hAnsi="Times New Roman" w:cs="Times New Roman"/>
                <w:b/>
                <w:sz w:val="22"/>
                <w:szCs w:val="44"/>
              </w:rPr>
              <w:t>COOPERARE ȘI CONFLICT</w:t>
            </w:r>
          </w:p>
        </w:tc>
        <w:tc>
          <w:tcPr>
            <w:tcW w:w="431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43C420C" w14:textId="77777777" w:rsidR="00870AE4" w:rsidRPr="00870AE4" w:rsidRDefault="00000000">
            <w:pPr>
              <w:rPr>
                <w:rFonts w:ascii="Times New Roman" w:eastAsia="Times New Roman" w:hAnsi="Times New Roman" w:cs="Times New Roman"/>
                <w:bCs/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 w:cs="Times New Roman"/>
                <w:b/>
                <w:sz w:val="22"/>
                <w:szCs w:val="44"/>
              </w:rPr>
              <w:t>3.3.</w:t>
            </w:r>
            <w:r w:rsidRPr="00870AE4">
              <w:rPr>
                <w:rFonts w:ascii="Times New Roman" w:eastAsia="Times New Roman" w:hAnsi="Times New Roman" w:cs="Times New Roman"/>
                <w:bCs/>
                <w:sz w:val="22"/>
                <w:szCs w:val="44"/>
              </w:rPr>
              <w:t xml:space="preserve"> Descoperirea în sursele de informare a perspectivelor multiple asupra evenimentelor şi proceselor istorice. </w:t>
            </w:r>
          </w:p>
          <w:p w14:paraId="5E8CEFB2" w14:textId="2C188893" w:rsidR="00362523" w:rsidRPr="00870AE4" w:rsidRDefault="00000000">
            <w:pPr>
              <w:rPr>
                <w:rFonts w:ascii="Times New Roman" w:eastAsia="Times New Roman" w:hAnsi="Times New Roman" w:cs="Times New Roman"/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 w:cs="Times New Roman"/>
                <w:b/>
                <w:sz w:val="22"/>
                <w:szCs w:val="44"/>
              </w:rPr>
              <w:t>4.2.</w:t>
            </w:r>
            <w:r w:rsidRPr="00870AE4">
              <w:rPr>
                <w:rFonts w:ascii="Times New Roman" w:eastAsia="Times New Roman" w:hAnsi="Times New Roman" w:cs="Times New Roman"/>
                <w:bCs/>
                <w:sz w:val="22"/>
                <w:szCs w:val="44"/>
              </w:rPr>
              <w:t xml:space="preserve"> Folosirea mijloacelor şi a tehnologiilor de informare şi comunicare pentru investigarea unui eveniment sau a unui proces istoric.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FD469FC" w14:textId="77777777" w:rsidR="00362523" w:rsidRPr="00870AE4" w:rsidRDefault="00000000">
            <w:pPr>
              <w:rPr>
                <w:rFonts w:ascii="Times New Roman" w:hAnsi="Times New Roman" w:cs="Times New Roman"/>
                <w:sz w:val="22"/>
                <w:szCs w:val="44"/>
              </w:rPr>
            </w:pPr>
            <w:r w:rsidRPr="00870AE4">
              <w:rPr>
                <w:rFonts w:ascii="Times New Roman" w:eastAsia="Times New Roman" w:hAnsi="Times New Roman" w:cs="Times New Roman"/>
                <w:sz w:val="22"/>
                <w:szCs w:val="44"/>
              </w:rPr>
              <w:t>• Instituții, mecanisme și politici de rezolvare a conflictelor în lumea contemporană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2F2DF15" w14:textId="77777777" w:rsidR="00362523" w:rsidRPr="00870AE4" w:rsidRDefault="00000000">
            <w:pPr>
              <w:jc w:val="center"/>
              <w:rPr>
                <w:rFonts w:ascii="Times New Roman" w:hAnsi="Times New Roman" w:cs="Times New Roman"/>
                <w:sz w:val="22"/>
                <w:szCs w:val="44"/>
              </w:rPr>
            </w:pPr>
            <w:r w:rsidRPr="00870AE4">
              <w:rPr>
                <w:rFonts w:ascii="Times New Roman" w:eastAsia="Times New Roman" w:hAnsi="Times New Roman" w:cs="Times New Roman"/>
                <w:sz w:val="22"/>
                <w:szCs w:val="44"/>
              </w:rPr>
              <w:t>1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A65101A" w14:textId="77777777" w:rsidR="00362523" w:rsidRPr="008608C6" w:rsidRDefault="00000000">
            <w:pPr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  <w:r w:rsidRPr="008608C6">
              <w:rPr>
                <w:rFonts w:ascii="Times New Roman" w:eastAsia="Times New Roman" w:hAnsi="Times New Roman" w:cs="Times New Roman"/>
                <w:sz w:val="24"/>
                <w:szCs w:val="48"/>
              </w:rPr>
              <w:t>S</w:t>
            </w:r>
            <w:r w:rsidRPr="008608C6">
              <w:rPr>
                <w:rFonts w:ascii="Times New Roman" w:eastAsia="Times New Roman" w:hAnsi="Times New Roman" w:cs="Times New Roman"/>
                <w:sz w:val="24"/>
                <w:szCs w:val="48"/>
                <w:vertAlign w:val="subscript"/>
              </w:rPr>
              <w:t>21 15-19 II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227AFCE" w14:textId="77777777" w:rsidR="00362523" w:rsidRPr="00870AE4" w:rsidRDefault="00362523">
            <w:pPr>
              <w:rPr>
                <w:rFonts w:ascii="Times New Roman" w:hAnsi="Times New Roman" w:cs="Times New Roman"/>
                <w:sz w:val="22"/>
                <w:szCs w:val="44"/>
              </w:rPr>
            </w:pPr>
          </w:p>
        </w:tc>
      </w:tr>
      <w:tr w:rsidR="002F7972" w14:paraId="256F0807" w14:textId="77777777">
        <w:trPr>
          <w:cantSplit/>
          <w:jc w:val="center"/>
        </w:trPr>
        <w:tc>
          <w:tcPr>
            <w:tcW w:w="14428" w:type="dxa"/>
            <w:gridSpan w:val="7"/>
            <w:shd w:val="clear" w:color="auto" w:fill="93C47D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38376BD" w14:textId="77777777" w:rsidR="00362523" w:rsidRDefault="00000000">
            <w:pPr>
              <w:jc w:val="center"/>
            </w:pPr>
            <w:r w:rsidRPr="008608C6">
              <w:rPr>
                <w:rFonts w:ascii="Times New Roman" w:eastAsia="Times New Roman" w:hAnsi="Times New Roman"/>
                <w:b/>
                <w:sz w:val="24"/>
                <w:szCs w:val="32"/>
              </w:rPr>
              <w:t>Vacanță - 22-28 februarie 2027</w:t>
            </w:r>
          </w:p>
        </w:tc>
      </w:tr>
    </w:tbl>
    <w:p w14:paraId="2F93C671" w14:textId="77777777" w:rsidR="002F7972" w:rsidRDefault="00000000">
      <w:r>
        <w:br w:type="page"/>
      </w:r>
    </w:p>
    <w:p w14:paraId="5F8CAD51" w14:textId="77777777" w:rsidR="008608C6" w:rsidRDefault="008608C6">
      <w:pPr>
        <w:spacing w:after="80"/>
        <w:jc w:val="center"/>
        <w:rPr>
          <w:rFonts w:ascii="Times New Roman" w:hAnsi="Times New Roman" w:cs="Times New Roman"/>
          <w:b/>
          <w:sz w:val="24"/>
          <w:szCs w:val="36"/>
          <w:highlight w:val="yellow"/>
        </w:rPr>
      </w:pPr>
    </w:p>
    <w:p w14:paraId="5330A4FB" w14:textId="3D844A76" w:rsidR="002F7972" w:rsidRDefault="00000000">
      <w:pPr>
        <w:spacing w:after="80"/>
        <w:jc w:val="center"/>
        <w:rPr>
          <w:rFonts w:ascii="Times New Roman" w:hAnsi="Times New Roman" w:cs="Times New Roman"/>
          <w:b/>
          <w:sz w:val="24"/>
          <w:szCs w:val="36"/>
        </w:rPr>
      </w:pPr>
      <w:r w:rsidRPr="00262FEC">
        <w:rPr>
          <w:rFonts w:ascii="Times New Roman" w:hAnsi="Times New Roman" w:cs="Times New Roman"/>
          <w:b/>
          <w:sz w:val="24"/>
          <w:szCs w:val="36"/>
          <w:highlight w:val="yellow"/>
        </w:rPr>
        <w:t xml:space="preserve">MODULUL AL IV-LEA - </w:t>
      </w:r>
      <w:r w:rsidR="00C268A8">
        <w:rPr>
          <w:rFonts w:ascii="Times New Roman" w:hAnsi="Times New Roman" w:cs="Times New Roman"/>
          <w:b/>
          <w:sz w:val="24"/>
          <w:szCs w:val="36"/>
          <w:highlight w:val="yellow"/>
        </w:rPr>
        <w:t>8</w:t>
      </w:r>
      <w:r w:rsidRPr="00262FEC">
        <w:rPr>
          <w:rFonts w:ascii="Times New Roman" w:hAnsi="Times New Roman" w:cs="Times New Roman"/>
          <w:b/>
          <w:sz w:val="24"/>
          <w:szCs w:val="36"/>
          <w:highlight w:val="yellow"/>
        </w:rPr>
        <w:t xml:space="preserve"> săptămâni</w:t>
      </w:r>
    </w:p>
    <w:p w14:paraId="67BE3BA0" w14:textId="77777777" w:rsidR="008608C6" w:rsidRDefault="008608C6">
      <w:pPr>
        <w:spacing w:after="80"/>
        <w:jc w:val="center"/>
        <w:rPr>
          <w:rFonts w:ascii="Times New Roman" w:hAnsi="Times New Roman" w:cs="Times New Roman"/>
          <w:b/>
          <w:sz w:val="24"/>
          <w:szCs w:val="36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177"/>
        <w:gridCol w:w="4315"/>
        <w:gridCol w:w="4082"/>
        <w:gridCol w:w="595"/>
        <w:gridCol w:w="1502"/>
        <w:gridCol w:w="1332"/>
      </w:tblGrid>
      <w:tr w:rsidR="002F7972" w14:paraId="4C87A022" w14:textId="77777777" w:rsidTr="008608C6">
        <w:trPr>
          <w:cantSplit/>
          <w:tblHeader/>
          <w:jc w:val="center"/>
        </w:trPr>
        <w:tc>
          <w:tcPr>
            <w:tcW w:w="42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C36196A" w14:textId="77777777" w:rsidR="002F7972" w:rsidRPr="00F66685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crt.</w:t>
            </w:r>
          </w:p>
        </w:tc>
        <w:tc>
          <w:tcPr>
            <w:tcW w:w="2177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2799E06" w14:textId="77777777" w:rsidR="002F7972" w:rsidRPr="00F66685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t>Unitatea de învățare</w:t>
            </w:r>
          </w:p>
        </w:tc>
        <w:tc>
          <w:tcPr>
            <w:tcW w:w="431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EB00D97" w14:textId="77777777" w:rsidR="002F7972" w:rsidRPr="00F66685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t>Competențe specifice</w:t>
            </w:r>
          </w:p>
        </w:tc>
        <w:tc>
          <w:tcPr>
            <w:tcW w:w="408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30649A7" w14:textId="77777777" w:rsidR="002F7972" w:rsidRPr="00F66685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t>Conținuturi</w:t>
            </w:r>
          </w:p>
        </w:tc>
        <w:tc>
          <w:tcPr>
            <w:tcW w:w="59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3443F72" w14:textId="77777777" w:rsidR="002F7972" w:rsidRPr="00F66685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ore</w:t>
            </w:r>
          </w:p>
        </w:tc>
        <w:tc>
          <w:tcPr>
            <w:tcW w:w="150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C42BF99" w14:textId="77777777" w:rsidR="002F7972" w:rsidRPr="00F66685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t>Săptămâna</w:t>
            </w:r>
          </w:p>
        </w:tc>
        <w:tc>
          <w:tcPr>
            <w:tcW w:w="133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7BD197D" w14:textId="77777777" w:rsidR="002F7972" w:rsidRPr="00F66685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t>Obs.</w:t>
            </w:r>
          </w:p>
        </w:tc>
      </w:tr>
      <w:tr w:rsidR="002F7972" w14:paraId="1E45A7F8" w14:textId="77777777" w:rsidTr="008608C6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A171C62" w14:textId="77777777" w:rsidR="00362523" w:rsidRPr="008608C6" w:rsidRDefault="00000000">
            <w:pPr>
              <w:jc w:val="center"/>
              <w:rPr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/>
                <w:sz w:val="22"/>
                <w:szCs w:val="44"/>
              </w:rPr>
              <w:t>8.</w:t>
            </w:r>
          </w:p>
        </w:tc>
        <w:tc>
          <w:tcPr>
            <w:tcW w:w="21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3A8A1E3" w14:textId="77777777" w:rsidR="00362523" w:rsidRPr="008608C6" w:rsidRDefault="00000000" w:rsidP="008608C6">
            <w:pPr>
              <w:jc w:val="center"/>
              <w:rPr>
                <w:b/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/>
                <w:b/>
                <w:sz w:val="22"/>
                <w:szCs w:val="44"/>
              </w:rPr>
              <w:t>RELAȚIILE INTERNAȚIONALE</w:t>
            </w:r>
            <w:r w:rsidRPr="008608C6">
              <w:rPr>
                <w:b/>
                <w:sz w:val="22"/>
                <w:szCs w:val="44"/>
              </w:rPr>
              <w:br/>
            </w:r>
            <w:r w:rsidRPr="008608C6">
              <w:rPr>
                <w:rFonts w:ascii="Times New Roman" w:eastAsia="Times New Roman" w:hAnsi="Times New Roman"/>
                <w:b/>
                <w:sz w:val="22"/>
                <w:szCs w:val="44"/>
              </w:rPr>
              <w:t>COOPERARE ȘI CONFLICT</w:t>
            </w:r>
          </w:p>
        </w:tc>
        <w:tc>
          <w:tcPr>
            <w:tcW w:w="431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D729A0A" w14:textId="77777777" w:rsidR="008608C6" w:rsidRDefault="00000000">
            <w:pPr>
              <w:rPr>
                <w:rFonts w:ascii="Times New Roman" w:eastAsia="Times New Roman" w:hAnsi="Times New Roman"/>
                <w:bCs/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/>
                <w:b/>
                <w:sz w:val="22"/>
                <w:szCs w:val="44"/>
              </w:rPr>
              <w:t>3.3.</w:t>
            </w:r>
            <w:r w:rsidRPr="008608C6">
              <w:rPr>
                <w:rFonts w:ascii="Times New Roman" w:eastAsia="Times New Roman" w:hAnsi="Times New Roman"/>
                <w:bCs/>
                <w:sz w:val="22"/>
                <w:szCs w:val="44"/>
              </w:rPr>
              <w:t xml:space="preserve"> Descoperirea în sursele de informare a perspectivelor multiple asupra evenimentelor şi proceselor istorice. </w:t>
            </w:r>
          </w:p>
          <w:p w14:paraId="67574379" w14:textId="32E1D9F0" w:rsidR="00362523" w:rsidRPr="008608C6" w:rsidRDefault="00000000">
            <w:pPr>
              <w:rPr>
                <w:rFonts w:ascii="Times New Roman" w:eastAsia="Times New Roman" w:hAnsi="Times New Roman"/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/>
                <w:b/>
                <w:sz w:val="22"/>
                <w:szCs w:val="44"/>
              </w:rPr>
              <w:t>4.2.</w:t>
            </w:r>
            <w:r w:rsidRPr="008608C6">
              <w:rPr>
                <w:rFonts w:ascii="Times New Roman" w:eastAsia="Times New Roman" w:hAnsi="Times New Roman"/>
                <w:bCs/>
                <w:sz w:val="22"/>
                <w:szCs w:val="44"/>
              </w:rPr>
              <w:t xml:space="preserve"> Folosirea mijloacelor şi a tehnologiilor de informare şi comunicare pentru investigarea unui eveniment sau a unui proces istoric.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9C47A23" w14:textId="77777777" w:rsidR="00362523" w:rsidRPr="008608C6" w:rsidRDefault="00000000">
            <w:pPr>
              <w:rPr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/>
                <w:sz w:val="22"/>
                <w:szCs w:val="44"/>
              </w:rPr>
              <w:t>• Instituții, mecanisme și politici de rezolvare a conflictelor în lumea contemporană</w:t>
            </w:r>
            <w:r w:rsidRPr="008608C6">
              <w:rPr>
                <w:sz w:val="22"/>
                <w:szCs w:val="44"/>
              </w:rPr>
              <w:br/>
            </w:r>
            <w:r w:rsidRPr="008608C6">
              <w:rPr>
                <w:rFonts w:ascii="Times New Roman" w:eastAsia="Times New Roman" w:hAnsi="Times New Roman"/>
                <w:sz w:val="22"/>
                <w:szCs w:val="44"/>
              </w:rPr>
              <w:t>• România și conflictele regionale în secolul XX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18E49E3" w14:textId="77777777" w:rsidR="00362523" w:rsidRPr="008608C6" w:rsidRDefault="00000000">
            <w:pPr>
              <w:jc w:val="center"/>
              <w:rPr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/>
                <w:sz w:val="22"/>
                <w:szCs w:val="44"/>
              </w:rPr>
              <w:t>3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AB553A4" w14:textId="77777777" w:rsidR="00362523" w:rsidRPr="008608C6" w:rsidRDefault="00000000">
            <w:pPr>
              <w:jc w:val="center"/>
              <w:rPr>
                <w:sz w:val="24"/>
                <w:szCs w:val="24"/>
              </w:rPr>
            </w:pPr>
            <w:r w:rsidRPr="008608C6"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 w:rsidRPr="008608C6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22 01-05 III</w:t>
            </w:r>
            <w:r w:rsidRPr="008608C6">
              <w:rPr>
                <w:sz w:val="24"/>
                <w:szCs w:val="24"/>
              </w:rPr>
              <w:br/>
            </w:r>
            <w:r w:rsidRPr="008608C6"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 w:rsidRPr="008608C6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23 08-12 III</w:t>
            </w:r>
            <w:r w:rsidRPr="008608C6">
              <w:rPr>
                <w:sz w:val="24"/>
                <w:szCs w:val="24"/>
              </w:rPr>
              <w:br/>
            </w:r>
            <w:r w:rsidRPr="008608C6"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 w:rsidRPr="008608C6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24 15-19 III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956B409" w14:textId="77777777" w:rsidR="00362523" w:rsidRPr="008608C6" w:rsidRDefault="00362523">
            <w:pPr>
              <w:rPr>
                <w:sz w:val="22"/>
                <w:szCs w:val="44"/>
              </w:rPr>
            </w:pPr>
          </w:p>
        </w:tc>
      </w:tr>
      <w:tr w:rsidR="008608C6" w14:paraId="167CEB5C" w14:textId="77777777" w:rsidTr="00C85869">
        <w:trPr>
          <w:cantSplit/>
          <w:trHeight w:val="1518"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B7B2F12" w14:textId="77777777" w:rsidR="008608C6" w:rsidRPr="008608C6" w:rsidRDefault="008608C6">
            <w:pPr>
              <w:jc w:val="center"/>
              <w:rPr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/>
                <w:sz w:val="22"/>
                <w:szCs w:val="44"/>
              </w:rPr>
              <w:t>9.</w:t>
            </w:r>
          </w:p>
          <w:p w14:paraId="7149A1BE" w14:textId="1ADDB72C" w:rsidR="008608C6" w:rsidRPr="008608C6" w:rsidRDefault="008608C6" w:rsidP="00514961">
            <w:pPr>
              <w:jc w:val="center"/>
              <w:rPr>
                <w:sz w:val="22"/>
                <w:szCs w:val="44"/>
              </w:rPr>
            </w:pPr>
          </w:p>
        </w:tc>
        <w:tc>
          <w:tcPr>
            <w:tcW w:w="21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C1EE2C8" w14:textId="77777777" w:rsidR="008608C6" w:rsidRPr="008608C6" w:rsidRDefault="008608C6" w:rsidP="008608C6">
            <w:pPr>
              <w:jc w:val="center"/>
              <w:rPr>
                <w:b/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/>
                <w:b/>
                <w:sz w:val="22"/>
                <w:szCs w:val="44"/>
              </w:rPr>
              <w:t>RELIGIA ȘI VIAȚA RELIGIOASĂ</w:t>
            </w:r>
            <w:r w:rsidRPr="008608C6">
              <w:rPr>
                <w:b/>
                <w:sz w:val="22"/>
                <w:szCs w:val="44"/>
              </w:rPr>
              <w:br/>
            </w:r>
            <w:r w:rsidRPr="008608C6">
              <w:rPr>
                <w:rFonts w:ascii="Times New Roman" w:eastAsia="Times New Roman" w:hAnsi="Times New Roman"/>
                <w:b/>
                <w:sz w:val="22"/>
                <w:szCs w:val="44"/>
              </w:rPr>
              <w:t>RELIGIA ÎN LUMEA CONTEMPORANĂ</w:t>
            </w:r>
          </w:p>
          <w:p w14:paraId="30CEEF42" w14:textId="5496F8C8" w:rsidR="008608C6" w:rsidRPr="008608C6" w:rsidRDefault="008608C6" w:rsidP="008608C6">
            <w:pPr>
              <w:jc w:val="center"/>
              <w:rPr>
                <w:b/>
                <w:sz w:val="22"/>
                <w:szCs w:val="44"/>
              </w:rPr>
            </w:pPr>
          </w:p>
        </w:tc>
        <w:tc>
          <w:tcPr>
            <w:tcW w:w="431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0EB6198" w14:textId="6EFDB48A" w:rsidR="008608C6" w:rsidRPr="008608C6" w:rsidRDefault="008608C6">
            <w:pPr>
              <w:rPr>
                <w:rFonts w:ascii="Times New Roman" w:eastAsia="Times New Roman" w:hAnsi="Times New Roman"/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/>
                <w:b/>
                <w:sz w:val="22"/>
                <w:szCs w:val="44"/>
              </w:rPr>
              <w:t>3.4.</w:t>
            </w:r>
            <w:r>
              <w:rPr>
                <w:rFonts w:ascii="Times New Roman" w:eastAsia="Times New Roman" w:hAnsi="Times New Roman"/>
                <w:bCs/>
                <w:sz w:val="22"/>
                <w:szCs w:val="44"/>
              </w:rPr>
              <w:t xml:space="preserve"> </w:t>
            </w:r>
            <w:r w:rsidRPr="008608C6">
              <w:rPr>
                <w:rFonts w:ascii="Times New Roman" w:eastAsia="Times New Roman" w:hAnsi="Times New Roman"/>
                <w:bCs/>
                <w:sz w:val="22"/>
                <w:szCs w:val="44"/>
              </w:rPr>
              <w:t>Analiza diversităţii sociale, culturale şi de civilizaţie în istorie pornind de la sursele istorice.</w:t>
            </w:r>
          </w:p>
          <w:p w14:paraId="0DBD8CEC" w14:textId="62E1E84E" w:rsidR="008608C6" w:rsidRPr="008608C6" w:rsidRDefault="008608C6" w:rsidP="000F20C9">
            <w:pPr>
              <w:rPr>
                <w:rFonts w:ascii="Times New Roman" w:eastAsia="Times New Roman" w:hAnsi="Times New Roman"/>
                <w:sz w:val="22"/>
                <w:szCs w:val="44"/>
              </w:rPr>
            </w:pP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A392E18" w14:textId="77777777" w:rsidR="008608C6" w:rsidRDefault="008608C6">
            <w:pPr>
              <w:rPr>
                <w:rFonts w:ascii="Times New Roman" w:eastAsia="Times New Roman" w:hAnsi="Times New Roman"/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/>
                <w:sz w:val="22"/>
                <w:szCs w:val="44"/>
              </w:rPr>
              <w:t>• Fundamentalismul</w:t>
            </w:r>
          </w:p>
          <w:p w14:paraId="355CC265" w14:textId="77777777" w:rsidR="008608C6" w:rsidRPr="008608C6" w:rsidRDefault="008608C6">
            <w:pPr>
              <w:rPr>
                <w:sz w:val="22"/>
                <w:szCs w:val="44"/>
              </w:rPr>
            </w:pPr>
          </w:p>
          <w:p w14:paraId="3BD3FA53" w14:textId="1EAA184D" w:rsidR="008608C6" w:rsidRPr="008608C6" w:rsidRDefault="008608C6" w:rsidP="001F7DAF">
            <w:pPr>
              <w:rPr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/>
                <w:sz w:val="22"/>
                <w:szCs w:val="44"/>
              </w:rPr>
              <w:t>• Arhitectura religioasă</w:t>
            </w:r>
            <w:r w:rsidRPr="008608C6">
              <w:rPr>
                <w:sz w:val="22"/>
                <w:szCs w:val="44"/>
              </w:rPr>
              <w:br/>
            </w:r>
            <w:r w:rsidRPr="008608C6">
              <w:rPr>
                <w:rFonts w:ascii="Times New Roman" w:eastAsia="Times New Roman" w:hAnsi="Times New Roman"/>
                <w:sz w:val="22"/>
                <w:szCs w:val="44"/>
              </w:rPr>
              <w:t>• Studiu de caz: Diversitatea religioasă în România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E07BAA5" w14:textId="77777777" w:rsidR="008608C6" w:rsidRDefault="008608C6">
            <w:pPr>
              <w:jc w:val="center"/>
              <w:rPr>
                <w:rFonts w:ascii="Times New Roman" w:eastAsia="Times New Roman" w:hAnsi="Times New Roman"/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/>
                <w:sz w:val="22"/>
                <w:szCs w:val="44"/>
              </w:rPr>
              <w:t>1</w:t>
            </w:r>
          </w:p>
          <w:p w14:paraId="1A2D707E" w14:textId="77777777" w:rsidR="008608C6" w:rsidRDefault="008608C6">
            <w:pPr>
              <w:jc w:val="center"/>
              <w:rPr>
                <w:rFonts w:ascii="Times New Roman" w:eastAsia="Times New Roman" w:hAnsi="Times New Roman"/>
                <w:sz w:val="22"/>
                <w:szCs w:val="44"/>
              </w:rPr>
            </w:pPr>
          </w:p>
          <w:p w14:paraId="4F4C96F2" w14:textId="77777777" w:rsidR="008608C6" w:rsidRDefault="008608C6">
            <w:pPr>
              <w:jc w:val="center"/>
              <w:rPr>
                <w:rFonts w:ascii="Times New Roman" w:eastAsia="Times New Roman" w:hAnsi="Times New Roman"/>
                <w:sz w:val="22"/>
                <w:szCs w:val="44"/>
              </w:rPr>
            </w:pPr>
          </w:p>
          <w:p w14:paraId="0128CA85" w14:textId="77777777" w:rsidR="008608C6" w:rsidRPr="008608C6" w:rsidRDefault="008608C6">
            <w:pPr>
              <w:jc w:val="center"/>
              <w:rPr>
                <w:sz w:val="22"/>
                <w:szCs w:val="44"/>
              </w:rPr>
            </w:pPr>
          </w:p>
          <w:p w14:paraId="4E370BA8" w14:textId="69904061" w:rsidR="008608C6" w:rsidRPr="008608C6" w:rsidRDefault="008608C6" w:rsidP="0066651E">
            <w:pPr>
              <w:jc w:val="center"/>
              <w:rPr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/>
                <w:sz w:val="22"/>
                <w:szCs w:val="44"/>
              </w:rPr>
              <w:t>2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218EA23" w14:textId="77777777" w:rsidR="008608C6" w:rsidRPr="008608C6" w:rsidRDefault="008608C6">
            <w:pPr>
              <w:jc w:val="center"/>
              <w:rPr>
                <w:sz w:val="24"/>
                <w:szCs w:val="24"/>
                <w:vertAlign w:val="subscript"/>
              </w:rPr>
            </w:pPr>
            <w:r w:rsidRPr="008608C6"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 w:rsidRPr="008608C6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25 22-26 III</w:t>
            </w:r>
          </w:p>
          <w:p w14:paraId="30C70D24" w14:textId="50DB2604" w:rsidR="008608C6" w:rsidRPr="008608C6" w:rsidRDefault="008608C6" w:rsidP="00CB2856">
            <w:pPr>
              <w:jc w:val="center"/>
              <w:rPr>
                <w:sz w:val="24"/>
                <w:szCs w:val="24"/>
              </w:rPr>
            </w:pPr>
            <w:r w:rsidRPr="008608C6"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 w:rsidRPr="008608C6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26 29 III-02 IV</w:t>
            </w:r>
            <w:r w:rsidRPr="008608C6">
              <w:rPr>
                <w:sz w:val="24"/>
                <w:szCs w:val="24"/>
              </w:rPr>
              <w:br/>
            </w:r>
            <w:r w:rsidRPr="008608C6"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 w:rsidRPr="008608C6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27 05-09 IV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F4FE123" w14:textId="77777777" w:rsidR="008608C6" w:rsidRPr="008608C6" w:rsidRDefault="008608C6">
            <w:pPr>
              <w:rPr>
                <w:sz w:val="22"/>
                <w:szCs w:val="44"/>
              </w:rPr>
            </w:pPr>
          </w:p>
        </w:tc>
      </w:tr>
      <w:tr w:rsidR="002F7972" w14:paraId="2866AB4B" w14:textId="77777777" w:rsidTr="008608C6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052595C" w14:textId="77777777" w:rsidR="00362523" w:rsidRPr="008608C6" w:rsidRDefault="00000000">
            <w:pPr>
              <w:jc w:val="center"/>
              <w:rPr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/>
                <w:sz w:val="22"/>
                <w:szCs w:val="44"/>
              </w:rPr>
              <w:t>10.</w:t>
            </w:r>
          </w:p>
        </w:tc>
        <w:tc>
          <w:tcPr>
            <w:tcW w:w="2177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23AD8DD" w14:textId="77777777" w:rsidR="00362523" w:rsidRPr="008608C6" w:rsidRDefault="00000000" w:rsidP="008608C6">
            <w:pPr>
              <w:jc w:val="center"/>
              <w:rPr>
                <w:b/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/>
                <w:b/>
                <w:sz w:val="22"/>
                <w:szCs w:val="44"/>
              </w:rPr>
              <w:t>RECAPITULARE ȘI EVALUARE</w:t>
            </w:r>
          </w:p>
        </w:tc>
        <w:tc>
          <w:tcPr>
            <w:tcW w:w="431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69E8A33" w14:textId="77777777" w:rsidR="00362523" w:rsidRPr="008608C6" w:rsidRDefault="00362523">
            <w:pPr>
              <w:rPr>
                <w:rFonts w:ascii="Times New Roman" w:eastAsia="Times New Roman" w:hAnsi="Times New Roman"/>
                <w:sz w:val="22"/>
                <w:szCs w:val="44"/>
              </w:rPr>
            </w:pP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B28AEC1" w14:textId="77777777" w:rsidR="00362523" w:rsidRPr="008608C6" w:rsidRDefault="00000000">
            <w:pPr>
              <w:rPr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/>
                <w:sz w:val="22"/>
                <w:szCs w:val="44"/>
              </w:rPr>
              <w:t>• Statul și politica</w:t>
            </w:r>
            <w:r w:rsidRPr="008608C6">
              <w:rPr>
                <w:sz w:val="22"/>
                <w:szCs w:val="44"/>
              </w:rPr>
              <w:br/>
            </w:r>
            <w:r w:rsidRPr="008608C6">
              <w:rPr>
                <w:rFonts w:ascii="Times New Roman" w:eastAsia="Times New Roman" w:hAnsi="Times New Roman"/>
                <w:sz w:val="22"/>
                <w:szCs w:val="44"/>
              </w:rPr>
              <w:t>• Relațiile internaționale</w:t>
            </w:r>
            <w:r w:rsidRPr="008608C6">
              <w:rPr>
                <w:sz w:val="22"/>
                <w:szCs w:val="44"/>
              </w:rPr>
              <w:br/>
            </w:r>
            <w:r w:rsidRPr="008608C6">
              <w:rPr>
                <w:rFonts w:ascii="Times New Roman" w:eastAsia="Times New Roman" w:hAnsi="Times New Roman"/>
                <w:sz w:val="22"/>
                <w:szCs w:val="44"/>
              </w:rPr>
              <w:t>• Religia și viața religioasă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2C4EEFE" w14:textId="77777777" w:rsidR="00362523" w:rsidRPr="008608C6" w:rsidRDefault="00000000">
            <w:pPr>
              <w:jc w:val="center"/>
              <w:rPr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/>
                <w:sz w:val="22"/>
                <w:szCs w:val="44"/>
              </w:rPr>
              <w:t>1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81147AF" w14:textId="77777777" w:rsidR="00362523" w:rsidRPr="008608C6" w:rsidRDefault="00000000">
            <w:pPr>
              <w:jc w:val="center"/>
              <w:rPr>
                <w:sz w:val="24"/>
                <w:szCs w:val="24"/>
              </w:rPr>
            </w:pPr>
            <w:r w:rsidRPr="008608C6">
              <w:rPr>
                <w:rFonts w:ascii="Times New Roman" w:eastAsia="Times New Roman" w:hAnsi="Times New Roman"/>
                <w:sz w:val="24"/>
                <w:szCs w:val="24"/>
              </w:rPr>
              <w:t>S</w:t>
            </w:r>
            <w:r w:rsidRPr="008608C6">
              <w:rPr>
                <w:rFonts w:ascii="Times New Roman" w:eastAsia="Times New Roman" w:hAnsi="Times New Roman"/>
                <w:sz w:val="24"/>
                <w:szCs w:val="24"/>
                <w:vertAlign w:val="subscript"/>
              </w:rPr>
              <w:t>28 12-16 IV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9F7F45F" w14:textId="77777777" w:rsidR="00362523" w:rsidRPr="008608C6" w:rsidRDefault="00362523">
            <w:pPr>
              <w:rPr>
                <w:sz w:val="22"/>
                <w:szCs w:val="44"/>
              </w:rPr>
            </w:pPr>
          </w:p>
        </w:tc>
      </w:tr>
      <w:tr w:rsidR="002F7972" w14:paraId="25238F02" w14:textId="77777777">
        <w:trPr>
          <w:cantSplit/>
          <w:jc w:val="center"/>
        </w:trPr>
        <w:tc>
          <w:tcPr>
            <w:tcW w:w="11594" w:type="dxa"/>
            <w:gridSpan w:val="5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5C61A5E" w14:textId="77777777" w:rsidR="00362523" w:rsidRDefault="00000000">
            <w:pPr>
              <w:jc w:val="center"/>
            </w:pPr>
            <w:r w:rsidRPr="008608C6">
              <w:rPr>
                <w:rFonts w:ascii="Times New Roman" w:eastAsia="Times New Roman" w:hAnsi="Times New Roman"/>
                <w:b/>
                <w:sz w:val="22"/>
                <w:szCs w:val="36"/>
              </w:rPr>
              <w:t>Activități extrașcolare și extracurriculare</w:t>
            </w:r>
            <w:r w:rsidRPr="008608C6">
              <w:rPr>
                <w:sz w:val="22"/>
                <w:szCs w:val="28"/>
              </w:rPr>
              <w:br/>
            </w:r>
            <w:r w:rsidRPr="008608C6">
              <w:rPr>
                <w:rFonts w:ascii="Times New Roman" w:eastAsia="Times New Roman" w:hAnsi="Times New Roman"/>
                <w:b/>
                <w:sz w:val="22"/>
                <w:szCs w:val="36"/>
              </w:rPr>
              <w:t>SĂPTĂMÂNA VERDE</w:t>
            </w:r>
          </w:p>
        </w:tc>
        <w:tc>
          <w:tcPr>
            <w:tcW w:w="150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BEE2B84" w14:textId="77777777" w:rsidR="00362523" w:rsidRPr="008608C6" w:rsidRDefault="00000000">
            <w:pPr>
              <w:jc w:val="center"/>
              <w:rPr>
                <w:sz w:val="24"/>
                <w:szCs w:val="24"/>
              </w:rPr>
            </w:pPr>
            <w:r w:rsidRPr="008608C6">
              <w:rPr>
                <w:rFonts w:ascii="Times New Roman" w:eastAsia="Times New Roman" w:hAnsi="Times New Roman"/>
                <w:b/>
                <w:sz w:val="24"/>
                <w:szCs w:val="24"/>
              </w:rPr>
              <w:t>S</w:t>
            </w:r>
            <w:r w:rsidRPr="008608C6">
              <w:rPr>
                <w:rFonts w:ascii="Times New Roman" w:eastAsia="Times New Roman" w:hAnsi="Times New Roman"/>
                <w:b/>
                <w:sz w:val="24"/>
                <w:szCs w:val="24"/>
                <w:vertAlign w:val="subscript"/>
              </w:rPr>
              <w:t>29 19-23 IV</w:t>
            </w:r>
          </w:p>
        </w:tc>
        <w:tc>
          <w:tcPr>
            <w:tcW w:w="133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B08369B" w14:textId="77777777" w:rsidR="00362523" w:rsidRDefault="00362523"/>
        </w:tc>
      </w:tr>
      <w:tr w:rsidR="002F7972" w14:paraId="7ABB7BFC" w14:textId="77777777">
        <w:trPr>
          <w:cantSplit/>
          <w:jc w:val="center"/>
        </w:trPr>
        <w:tc>
          <w:tcPr>
            <w:tcW w:w="14428" w:type="dxa"/>
            <w:gridSpan w:val="7"/>
            <w:shd w:val="clear" w:color="auto" w:fill="93C47D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0320A21" w14:textId="77777777" w:rsidR="00362523" w:rsidRDefault="00000000">
            <w:pPr>
              <w:jc w:val="center"/>
            </w:pPr>
            <w:r w:rsidRPr="008608C6">
              <w:rPr>
                <w:rFonts w:ascii="Times New Roman" w:eastAsia="Times New Roman" w:hAnsi="Times New Roman"/>
                <w:b/>
                <w:sz w:val="24"/>
                <w:szCs w:val="32"/>
              </w:rPr>
              <w:t>Vacanță - 24 aprilie - 4 mai 2027</w:t>
            </w:r>
          </w:p>
        </w:tc>
      </w:tr>
    </w:tbl>
    <w:p w14:paraId="05907740" w14:textId="77777777" w:rsidR="002F7972" w:rsidRDefault="00000000" w:rsidP="006E754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br w:type="page"/>
      </w:r>
      <w:r>
        <w:rPr>
          <w:b/>
          <w:sz w:val="20"/>
        </w:rPr>
        <w:lastRenderedPageBreak/>
        <w:br/>
      </w:r>
      <w:r w:rsidRPr="006E7544">
        <w:rPr>
          <w:rFonts w:ascii="Times New Roman" w:hAnsi="Times New Roman" w:cs="Times New Roman"/>
          <w:b/>
          <w:sz w:val="24"/>
          <w:szCs w:val="24"/>
          <w:highlight w:val="yellow"/>
        </w:rPr>
        <w:t>MODULUL AL V-LEA - 7 săptămâni</w:t>
      </w:r>
    </w:p>
    <w:p w14:paraId="785BC75E" w14:textId="77777777" w:rsidR="008608C6" w:rsidRPr="006E7544" w:rsidRDefault="008608C6" w:rsidP="006E7544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2087"/>
        <w:gridCol w:w="4479"/>
        <w:gridCol w:w="4082"/>
        <w:gridCol w:w="595"/>
        <w:gridCol w:w="1502"/>
        <w:gridCol w:w="1332"/>
      </w:tblGrid>
      <w:tr w:rsidR="002F7972" w14:paraId="744A77F7" w14:textId="77777777" w:rsidTr="00F66685">
        <w:trPr>
          <w:cantSplit/>
          <w:tblHeader/>
          <w:jc w:val="center"/>
        </w:trPr>
        <w:tc>
          <w:tcPr>
            <w:tcW w:w="42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23B79BE" w14:textId="77777777" w:rsidR="002F7972" w:rsidRPr="00F66685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crt.</w:t>
            </w:r>
          </w:p>
        </w:tc>
        <w:tc>
          <w:tcPr>
            <w:tcW w:w="2087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EBA16F0" w14:textId="77777777" w:rsidR="002F7972" w:rsidRPr="00F66685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t>Unitatea de învățare</w:t>
            </w:r>
          </w:p>
        </w:tc>
        <w:tc>
          <w:tcPr>
            <w:tcW w:w="440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40EAF69" w14:textId="77777777" w:rsidR="002F7972" w:rsidRPr="00F66685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t>Competențe specifice</w:t>
            </w:r>
          </w:p>
        </w:tc>
        <w:tc>
          <w:tcPr>
            <w:tcW w:w="408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26C07CB" w14:textId="77777777" w:rsidR="002F7972" w:rsidRPr="00F66685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t>Conținuturi</w:t>
            </w:r>
          </w:p>
        </w:tc>
        <w:tc>
          <w:tcPr>
            <w:tcW w:w="595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573B682" w14:textId="77777777" w:rsidR="002F7972" w:rsidRPr="00F66685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t>Nr.</w:t>
            </w: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br/>
              <w:t>ore</w:t>
            </w:r>
          </w:p>
        </w:tc>
        <w:tc>
          <w:tcPr>
            <w:tcW w:w="150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32D892B" w14:textId="77777777" w:rsidR="002F7972" w:rsidRPr="00F66685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t>Săptămâna</w:t>
            </w:r>
          </w:p>
        </w:tc>
        <w:tc>
          <w:tcPr>
            <w:tcW w:w="1332" w:type="dxa"/>
            <w:shd w:val="clear" w:color="auto" w:fill="D9EAD3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4F41EB3" w14:textId="77777777" w:rsidR="002F7972" w:rsidRPr="00F66685" w:rsidRDefault="00000000">
            <w:pPr>
              <w:jc w:val="center"/>
              <w:rPr>
                <w:rFonts w:ascii="Times New Roman" w:hAnsi="Times New Roman" w:cs="Times New Roman"/>
                <w:sz w:val="20"/>
                <w:szCs w:val="32"/>
              </w:rPr>
            </w:pPr>
            <w:r w:rsidRPr="00F66685">
              <w:rPr>
                <w:rFonts w:ascii="Times New Roman" w:hAnsi="Times New Roman" w:cs="Times New Roman"/>
                <w:b/>
                <w:sz w:val="20"/>
                <w:szCs w:val="32"/>
              </w:rPr>
              <w:t>Obs.</w:t>
            </w:r>
          </w:p>
        </w:tc>
      </w:tr>
      <w:tr w:rsidR="002F7972" w14:paraId="4C1D7F62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67E92EBF" w14:textId="77777777" w:rsidR="00362523" w:rsidRPr="008608C6" w:rsidRDefault="00000000">
            <w:pPr>
              <w:jc w:val="center"/>
              <w:rPr>
                <w:rFonts w:ascii="Times New Roman" w:hAnsi="Times New Roman" w:cs="Times New Roman"/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 w:cs="Times New Roman"/>
                <w:sz w:val="22"/>
                <w:szCs w:val="44"/>
              </w:rPr>
              <w:t>10.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7B34481" w14:textId="77777777" w:rsidR="00362523" w:rsidRPr="008608C6" w:rsidRDefault="00000000" w:rsidP="008608C6">
            <w:pPr>
              <w:jc w:val="center"/>
              <w:rPr>
                <w:rFonts w:ascii="Times New Roman" w:hAnsi="Times New Roman" w:cs="Times New Roman"/>
                <w:b/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 w:cs="Times New Roman"/>
                <w:b/>
                <w:sz w:val="22"/>
                <w:szCs w:val="44"/>
              </w:rPr>
              <w:t>RECAPITULARE ȘI EVALUARE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3357F104" w14:textId="77777777" w:rsidR="00362523" w:rsidRPr="008608C6" w:rsidRDefault="00362523">
            <w:pPr>
              <w:rPr>
                <w:rFonts w:ascii="Times New Roman" w:eastAsia="Times New Roman" w:hAnsi="Times New Roman" w:cs="Times New Roman"/>
                <w:sz w:val="22"/>
                <w:szCs w:val="44"/>
              </w:rPr>
            </w:pP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FC5EC83" w14:textId="77777777" w:rsidR="00362523" w:rsidRPr="008608C6" w:rsidRDefault="00000000">
            <w:pPr>
              <w:rPr>
                <w:rFonts w:ascii="Times New Roman" w:hAnsi="Times New Roman" w:cs="Times New Roman"/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 w:cs="Times New Roman"/>
                <w:sz w:val="22"/>
                <w:szCs w:val="44"/>
              </w:rPr>
              <w:t>• Statul și politica</w:t>
            </w:r>
            <w:r w:rsidRPr="008608C6">
              <w:rPr>
                <w:rFonts w:ascii="Times New Roman" w:hAnsi="Times New Roman" w:cs="Times New Roman"/>
                <w:sz w:val="22"/>
                <w:szCs w:val="44"/>
              </w:rPr>
              <w:br/>
            </w:r>
            <w:r w:rsidRPr="008608C6">
              <w:rPr>
                <w:rFonts w:ascii="Times New Roman" w:eastAsia="Times New Roman" w:hAnsi="Times New Roman" w:cs="Times New Roman"/>
                <w:sz w:val="22"/>
                <w:szCs w:val="44"/>
              </w:rPr>
              <w:t>• Relațiile internaționale</w:t>
            </w:r>
            <w:r w:rsidRPr="008608C6">
              <w:rPr>
                <w:rFonts w:ascii="Times New Roman" w:hAnsi="Times New Roman" w:cs="Times New Roman"/>
                <w:sz w:val="22"/>
                <w:szCs w:val="44"/>
              </w:rPr>
              <w:br/>
            </w:r>
            <w:r w:rsidRPr="008608C6">
              <w:rPr>
                <w:rFonts w:ascii="Times New Roman" w:eastAsia="Times New Roman" w:hAnsi="Times New Roman" w:cs="Times New Roman"/>
                <w:sz w:val="22"/>
                <w:szCs w:val="44"/>
              </w:rPr>
              <w:t>• Religia și viața religioasă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70F310F" w14:textId="77777777" w:rsidR="00362523" w:rsidRPr="008608C6" w:rsidRDefault="00000000">
            <w:pPr>
              <w:jc w:val="center"/>
              <w:rPr>
                <w:rFonts w:ascii="Times New Roman" w:hAnsi="Times New Roman" w:cs="Times New Roman"/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 w:cs="Times New Roman"/>
                <w:sz w:val="22"/>
                <w:szCs w:val="44"/>
              </w:rPr>
              <w:t>3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1CD9F3A1" w14:textId="77777777" w:rsidR="00362523" w:rsidRPr="008608C6" w:rsidRDefault="00000000">
            <w:pPr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  <w:r w:rsidRPr="008608C6">
              <w:rPr>
                <w:rFonts w:ascii="Times New Roman" w:eastAsia="Times New Roman" w:hAnsi="Times New Roman" w:cs="Times New Roman"/>
                <w:sz w:val="24"/>
                <w:szCs w:val="48"/>
              </w:rPr>
              <w:t>S</w:t>
            </w:r>
            <w:r w:rsidRPr="008608C6">
              <w:rPr>
                <w:rFonts w:ascii="Times New Roman" w:eastAsia="Times New Roman" w:hAnsi="Times New Roman" w:cs="Times New Roman"/>
                <w:sz w:val="24"/>
                <w:szCs w:val="48"/>
                <w:vertAlign w:val="subscript"/>
              </w:rPr>
              <w:t>30 05-07 V</w:t>
            </w:r>
            <w:r w:rsidRPr="008608C6">
              <w:rPr>
                <w:rFonts w:ascii="Times New Roman" w:hAnsi="Times New Roman" w:cs="Times New Roman"/>
                <w:sz w:val="24"/>
                <w:szCs w:val="48"/>
              </w:rPr>
              <w:br/>
            </w:r>
            <w:r w:rsidRPr="008608C6">
              <w:rPr>
                <w:rFonts w:ascii="Times New Roman" w:eastAsia="Times New Roman" w:hAnsi="Times New Roman" w:cs="Times New Roman"/>
                <w:sz w:val="24"/>
                <w:szCs w:val="48"/>
              </w:rPr>
              <w:t>S</w:t>
            </w:r>
            <w:r w:rsidRPr="008608C6">
              <w:rPr>
                <w:rFonts w:ascii="Times New Roman" w:eastAsia="Times New Roman" w:hAnsi="Times New Roman" w:cs="Times New Roman"/>
                <w:sz w:val="24"/>
                <w:szCs w:val="48"/>
                <w:vertAlign w:val="subscript"/>
              </w:rPr>
              <w:t>31 10-14 V</w:t>
            </w:r>
            <w:r w:rsidRPr="008608C6">
              <w:rPr>
                <w:rFonts w:ascii="Times New Roman" w:hAnsi="Times New Roman" w:cs="Times New Roman"/>
                <w:sz w:val="24"/>
                <w:szCs w:val="48"/>
              </w:rPr>
              <w:br/>
            </w:r>
            <w:r w:rsidRPr="008608C6">
              <w:rPr>
                <w:rFonts w:ascii="Times New Roman" w:eastAsia="Times New Roman" w:hAnsi="Times New Roman" w:cs="Times New Roman"/>
                <w:sz w:val="24"/>
                <w:szCs w:val="48"/>
              </w:rPr>
              <w:t>S</w:t>
            </w:r>
            <w:r w:rsidRPr="008608C6">
              <w:rPr>
                <w:rFonts w:ascii="Times New Roman" w:eastAsia="Times New Roman" w:hAnsi="Times New Roman" w:cs="Times New Roman"/>
                <w:sz w:val="24"/>
                <w:szCs w:val="48"/>
                <w:vertAlign w:val="subscript"/>
              </w:rPr>
              <w:t>32 17-21 V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70641F9B" w14:textId="77777777" w:rsidR="00362523" w:rsidRPr="008608C6" w:rsidRDefault="00362523">
            <w:pPr>
              <w:rPr>
                <w:rFonts w:ascii="Times New Roman" w:hAnsi="Times New Roman" w:cs="Times New Roman"/>
                <w:sz w:val="22"/>
                <w:szCs w:val="44"/>
              </w:rPr>
            </w:pPr>
          </w:p>
        </w:tc>
      </w:tr>
      <w:tr w:rsidR="002F7972" w14:paraId="10D3E8E9" w14:textId="77777777">
        <w:trPr>
          <w:cantSplit/>
          <w:jc w:val="center"/>
        </w:trPr>
        <w:tc>
          <w:tcPr>
            <w:tcW w:w="42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2ACB908" w14:textId="77777777" w:rsidR="00362523" w:rsidRPr="008608C6" w:rsidRDefault="00000000">
            <w:pPr>
              <w:jc w:val="center"/>
              <w:rPr>
                <w:rFonts w:ascii="Times New Roman" w:hAnsi="Times New Roman" w:cs="Times New Roman"/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 w:cs="Times New Roman"/>
                <w:sz w:val="22"/>
                <w:szCs w:val="44"/>
              </w:rPr>
              <w:t>11.</w:t>
            </w:r>
          </w:p>
        </w:tc>
        <w:tc>
          <w:tcPr>
            <w:tcW w:w="2013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74326FF" w14:textId="77777777" w:rsidR="00362523" w:rsidRPr="008608C6" w:rsidRDefault="00000000" w:rsidP="008608C6">
            <w:pPr>
              <w:jc w:val="center"/>
              <w:rPr>
                <w:rFonts w:ascii="Times New Roman" w:hAnsi="Times New Roman" w:cs="Times New Roman"/>
                <w:b/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 w:cs="Times New Roman"/>
                <w:b/>
                <w:sz w:val="22"/>
                <w:szCs w:val="44"/>
              </w:rPr>
              <w:t>RECAPITULARE ANUALĂ</w:t>
            </w:r>
          </w:p>
        </w:tc>
        <w:tc>
          <w:tcPr>
            <w:tcW w:w="4479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5F9EEDFD" w14:textId="77777777" w:rsidR="008608C6" w:rsidRDefault="00000000">
            <w:pPr>
              <w:rPr>
                <w:rFonts w:ascii="Times New Roman" w:eastAsia="Times New Roman" w:hAnsi="Times New Roman" w:cs="Times New Roman"/>
                <w:bCs/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 w:cs="Times New Roman"/>
                <w:b/>
                <w:sz w:val="22"/>
                <w:szCs w:val="44"/>
              </w:rPr>
              <w:t>1.3.</w:t>
            </w:r>
            <w:r w:rsidRPr="008608C6">
              <w:rPr>
                <w:rFonts w:ascii="Times New Roman" w:eastAsia="Times New Roman" w:hAnsi="Times New Roman" w:cs="Times New Roman"/>
                <w:bCs/>
                <w:sz w:val="22"/>
                <w:szCs w:val="44"/>
              </w:rPr>
              <w:t xml:space="preserve"> Compararea unor opinii şi argumente diferite referitoare la o temă de istorie. </w:t>
            </w:r>
          </w:p>
          <w:p w14:paraId="44F0D985" w14:textId="77777777" w:rsidR="008608C6" w:rsidRDefault="00000000">
            <w:pPr>
              <w:rPr>
                <w:rFonts w:ascii="Times New Roman" w:eastAsia="Times New Roman" w:hAnsi="Times New Roman" w:cs="Times New Roman"/>
                <w:bCs/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 w:cs="Times New Roman"/>
                <w:b/>
                <w:sz w:val="22"/>
                <w:szCs w:val="44"/>
              </w:rPr>
              <w:t>2.3.</w:t>
            </w:r>
            <w:r w:rsidRPr="008608C6">
              <w:rPr>
                <w:rFonts w:ascii="Times New Roman" w:eastAsia="Times New Roman" w:hAnsi="Times New Roman" w:cs="Times New Roman"/>
                <w:bCs/>
                <w:sz w:val="22"/>
                <w:szCs w:val="44"/>
              </w:rPr>
              <w:t xml:space="preserve"> Folosirea strategiilor de negociere şi cooperare civică. </w:t>
            </w:r>
          </w:p>
          <w:p w14:paraId="2D0ECCCA" w14:textId="77777777" w:rsidR="008608C6" w:rsidRDefault="00000000">
            <w:pPr>
              <w:rPr>
                <w:rFonts w:ascii="Times New Roman" w:eastAsia="Times New Roman" w:hAnsi="Times New Roman" w:cs="Times New Roman"/>
                <w:bCs/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 w:cs="Times New Roman"/>
                <w:b/>
                <w:sz w:val="22"/>
                <w:szCs w:val="44"/>
              </w:rPr>
              <w:t>3.3.</w:t>
            </w:r>
            <w:r w:rsidRPr="008608C6">
              <w:rPr>
                <w:rFonts w:ascii="Times New Roman" w:eastAsia="Times New Roman" w:hAnsi="Times New Roman" w:cs="Times New Roman"/>
                <w:bCs/>
                <w:sz w:val="22"/>
                <w:szCs w:val="44"/>
              </w:rPr>
              <w:t xml:space="preserve"> Descoperirea în sursele de informare a perspectivelor multiple asupra evenimentelor şi proceselor istorice. </w:t>
            </w:r>
          </w:p>
          <w:p w14:paraId="463BDC3A" w14:textId="66D5A459" w:rsidR="00362523" w:rsidRPr="008608C6" w:rsidRDefault="00000000">
            <w:pPr>
              <w:rPr>
                <w:rFonts w:ascii="Times New Roman" w:eastAsia="Times New Roman" w:hAnsi="Times New Roman" w:cs="Times New Roman"/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 w:cs="Times New Roman"/>
                <w:b/>
                <w:sz w:val="22"/>
                <w:szCs w:val="44"/>
              </w:rPr>
              <w:t>4.2.</w:t>
            </w:r>
            <w:r w:rsidRPr="008608C6">
              <w:rPr>
                <w:rFonts w:ascii="Times New Roman" w:eastAsia="Times New Roman" w:hAnsi="Times New Roman" w:cs="Times New Roman"/>
                <w:bCs/>
                <w:sz w:val="22"/>
                <w:szCs w:val="44"/>
              </w:rPr>
              <w:t xml:space="preserve"> Folosirea mijloacelor şi a tehnologiilor de informare şi comunicare pentru investigarea unui eveniment sau a unui proces istoric.</w:t>
            </w:r>
          </w:p>
        </w:tc>
        <w:tc>
          <w:tcPr>
            <w:tcW w:w="408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017C83E0" w14:textId="77777777" w:rsidR="00362523" w:rsidRPr="008608C6" w:rsidRDefault="00000000">
            <w:pPr>
              <w:rPr>
                <w:rFonts w:ascii="Times New Roman" w:hAnsi="Times New Roman" w:cs="Times New Roman"/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 w:cs="Times New Roman"/>
                <w:sz w:val="22"/>
                <w:szCs w:val="44"/>
              </w:rPr>
              <w:t>• Evoluția statelor în lumea contemporană în contextul relațiilor internaționale</w:t>
            </w:r>
          </w:p>
        </w:tc>
        <w:tc>
          <w:tcPr>
            <w:tcW w:w="595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0DBE3F2" w14:textId="77777777" w:rsidR="00362523" w:rsidRPr="008608C6" w:rsidRDefault="00000000">
            <w:pPr>
              <w:jc w:val="center"/>
              <w:rPr>
                <w:rFonts w:ascii="Times New Roman" w:hAnsi="Times New Roman" w:cs="Times New Roman"/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 w:cs="Times New Roman"/>
                <w:sz w:val="22"/>
                <w:szCs w:val="44"/>
              </w:rPr>
              <w:t>4</w:t>
            </w:r>
          </w:p>
        </w:tc>
        <w:tc>
          <w:tcPr>
            <w:tcW w:w="150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EC47DE7" w14:textId="77777777" w:rsidR="00362523" w:rsidRPr="008608C6" w:rsidRDefault="00000000">
            <w:pPr>
              <w:jc w:val="center"/>
              <w:rPr>
                <w:rFonts w:ascii="Times New Roman" w:hAnsi="Times New Roman" w:cs="Times New Roman"/>
                <w:sz w:val="24"/>
                <w:szCs w:val="48"/>
              </w:rPr>
            </w:pPr>
            <w:r w:rsidRPr="008608C6">
              <w:rPr>
                <w:rFonts w:ascii="Times New Roman" w:eastAsia="Times New Roman" w:hAnsi="Times New Roman" w:cs="Times New Roman"/>
                <w:sz w:val="24"/>
                <w:szCs w:val="48"/>
              </w:rPr>
              <w:t>S</w:t>
            </w:r>
            <w:r w:rsidRPr="008608C6">
              <w:rPr>
                <w:rFonts w:ascii="Times New Roman" w:eastAsia="Times New Roman" w:hAnsi="Times New Roman" w:cs="Times New Roman"/>
                <w:sz w:val="24"/>
                <w:szCs w:val="48"/>
                <w:vertAlign w:val="subscript"/>
              </w:rPr>
              <w:t>33 24-28 V</w:t>
            </w:r>
            <w:r w:rsidRPr="008608C6">
              <w:rPr>
                <w:rFonts w:ascii="Times New Roman" w:hAnsi="Times New Roman" w:cs="Times New Roman"/>
                <w:sz w:val="24"/>
                <w:szCs w:val="48"/>
              </w:rPr>
              <w:br/>
            </w:r>
            <w:r w:rsidRPr="008608C6">
              <w:rPr>
                <w:rFonts w:ascii="Times New Roman" w:eastAsia="Times New Roman" w:hAnsi="Times New Roman" w:cs="Times New Roman"/>
                <w:sz w:val="24"/>
                <w:szCs w:val="48"/>
              </w:rPr>
              <w:t>S</w:t>
            </w:r>
            <w:r w:rsidRPr="008608C6">
              <w:rPr>
                <w:rFonts w:ascii="Times New Roman" w:eastAsia="Times New Roman" w:hAnsi="Times New Roman" w:cs="Times New Roman"/>
                <w:sz w:val="24"/>
                <w:szCs w:val="48"/>
                <w:vertAlign w:val="subscript"/>
              </w:rPr>
              <w:t>34 31 V-04 VI</w:t>
            </w:r>
            <w:r w:rsidRPr="008608C6">
              <w:rPr>
                <w:rFonts w:ascii="Times New Roman" w:hAnsi="Times New Roman" w:cs="Times New Roman"/>
                <w:sz w:val="24"/>
                <w:szCs w:val="48"/>
              </w:rPr>
              <w:br/>
            </w:r>
            <w:r w:rsidRPr="008608C6">
              <w:rPr>
                <w:rFonts w:ascii="Times New Roman" w:eastAsia="Times New Roman" w:hAnsi="Times New Roman" w:cs="Times New Roman"/>
                <w:sz w:val="24"/>
                <w:szCs w:val="48"/>
              </w:rPr>
              <w:t>S</w:t>
            </w:r>
            <w:r w:rsidRPr="008608C6">
              <w:rPr>
                <w:rFonts w:ascii="Times New Roman" w:eastAsia="Times New Roman" w:hAnsi="Times New Roman" w:cs="Times New Roman"/>
                <w:sz w:val="24"/>
                <w:szCs w:val="48"/>
                <w:vertAlign w:val="subscript"/>
              </w:rPr>
              <w:t>35 07-11 VI</w:t>
            </w:r>
            <w:r w:rsidRPr="008608C6">
              <w:rPr>
                <w:rFonts w:ascii="Times New Roman" w:hAnsi="Times New Roman" w:cs="Times New Roman"/>
                <w:sz w:val="24"/>
                <w:szCs w:val="48"/>
              </w:rPr>
              <w:br/>
            </w:r>
            <w:r w:rsidRPr="008608C6">
              <w:rPr>
                <w:rFonts w:ascii="Times New Roman" w:eastAsia="Times New Roman" w:hAnsi="Times New Roman" w:cs="Times New Roman"/>
                <w:sz w:val="24"/>
                <w:szCs w:val="48"/>
              </w:rPr>
              <w:t>S</w:t>
            </w:r>
            <w:r w:rsidRPr="008608C6">
              <w:rPr>
                <w:rFonts w:ascii="Times New Roman" w:eastAsia="Times New Roman" w:hAnsi="Times New Roman" w:cs="Times New Roman"/>
                <w:sz w:val="24"/>
                <w:szCs w:val="48"/>
                <w:vertAlign w:val="subscript"/>
              </w:rPr>
              <w:t>36 14-18 VI</w:t>
            </w:r>
          </w:p>
        </w:tc>
        <w:tc>
          <w:tcPr>
            <w:tcW w:w="1332" w:type="dxa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431ED4BB" w14:textId="77777777" w:rsidR="00362523" w:rsidRPr="008608C6" w:rsidRDefault="00000000">
            <w:pPr>
              <w:rPr>
                <w:rFonts w:ascii="Times New Roman" w:hAnsi="Times New Roman" w:cs="Times New Roman"/>
                <w:sz w:val="22"/>
                <w:szCs w:val="44"/>
              </w:rPr>
            </w:pPr>
            <w:r w:rsidRPr="008608C6">
              <w:rPr>
                <w:rFonts w:ascii="Times New Roman" w:eastAsia="Times New Roman" w:hAnsi="Times New Roman" w:cs="Times New Roman"/>
                <w:sz w:val="20"/>
                <w:szCs w:val="40"/>
              </w:rPr>
              <w:t>*1 iunie - zi liberă</w:t>
            </w:r>
          </w:p>
        </w:tc>
      </w:tr>
      <w:tr w:rsidR="002F7972" w14:paraId="4BEB76E9" w14:textId="77777777">
        <w:trPr>
          <w:cantSplit/>
          <w:jc w:val="center"/>
        </w:trPr>
        <w:tc>
          <w:tcPr>
            <w:tcW w:w="14428" w:type="dxa"/>
            <w:gridSpan w:val="7"/>
            <w:shd w:val="clear" w:color="auto" w:fill="93C47D"/>
            <w:tcMar>
              <w:top w:w="45" w:type="dxa"/>
              <w:left w:w="55" w:type="dxa"/>
              <w:bottom w:w="45" w:type="dxa"/>
              <w:right w:w="55" w:type="dxa"/>
            </w:tcMar>
            <w:vAlign w:val="center"/>
          </w:tcPr>
          <w:p w14:paraId="2C9ADBB5" w14:textId="77777777" w:rsidR="00362523" w:rsidRDefault="00000000">
            <w:pPr>
              <w:jc w:val="center"/>
            </w:pPr>
            <w:r w:rsidRPr="008608C6">
              <w:rPr>
                <w:rFonts w:ascii="Times New Roman" w:eastAsia="Times New Roman" w:hAnsi="Times New Roman"/>
                <w:b/>
                <w:sz w:val="24"/>
                <w:szCs w:val="32"/>
              </w:rPr>
              <w:t>Vacanță de vară - începând cu 19 iunie 2027</w:t>
            </w:r>
          </w:p>
        </w:tc>
      </w:tr>
    </w:tbl>
    <w:p w14:paraId="233D9F6A" w14:textId="77777777" w:rsidR="007B5FE2" w:rsidRDefault="007B5FE2"/>
    <w:sectPr w:rsidR="007B5FE2" w:rsidSect="00F66685">
      <w:footerReference w:type="default" r:id="rId8"/>
      <w:pgSz w:w="16838" w:h="11906" w:orient="landscape"/>
      <w:pgMar w:top="270" w:right="567" w:bottom="624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81FE99" w14:textId="77777777" w:rsidR="00EE6A67" w:rsidRDefault="00EE6A67">
      <w:pPr>
        <w:spacing w:after="0" w:line="240" w:lineRule="auto"/>
      </w:pPr>
      <w:r>
        <w:separator/>
      </w:r>
    </w:p>
  </w:endnote>
  <w:endnote w:type="continuationSeparator" w:id="0">
    <w:p w14:paraId="53FCFA38" w14:textId="77777777" w:rsidR="00EE6A67" w:rsidRDefault="00EE6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2229A" w14:textId="77777777" w:rsidR="002F7972" w:rsidRDefault="00000000">
    <w:pPr>
      <w:pStyle w:val="Footer"/>
      <w:tabs>
        <w:tab w:val="left" w:pos="14457"/>
      </w:tabs>
    </w:pPr>
    <w:r>
      <w:rPr>
        <w:sz w:val="14"/>
      </w:rPr>
      <w:t>www.materialedeistorie.com</w:t>
    </w:r>
    <w:r>
      <w:tab/>
      <w:t xml:space="preserve">Pagina </w:t>
    </w:r>
    <w:r>
      <w:fldChar w:fldCharType="begin"/>
    </w:r>
    <w:r>
      <w:instrText>PAGE</w:instrText>
    </w:r>
    <w:r>
      <w:fldChar w:fldCharType="separate"/>
    </w:r>
    <w:r w:rsidR="00FC4CB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23A36" w14:textId="77777777" w:rsidR="00EE6A67" w:rsidRDefault="00EE6A67">
      <w:pPr>
        <w:spacing w:after="0" w:line="240" w:lineRule="auto"/>
      </w:pPr>
      <w:r>
        <w:separator/>
      </w:r>
    </w:p>
  </w:footnote>
  <w:footnote w:type="continuationSeparator" w:id="0">
    <w:p w14:paraId="12285530" w14:textId="77777777" w:rsidR="00EE6A67" w:rsidRDefault="00EE6A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0446726">
    <w:abstractNumId w:val="8"/>
  </w:num>
  <w:num w:numId="2" w16cid:durableId="160195608">
    <w:abstractNumId w:val="6"/>
  </w:num>
  <w:num w:numId="3" w16cid:durableId="1087966615">
    <w:abstractNumId w:val="5"/>
  </w:num>
  <w:num w:numId="4" w16cid:durableId="1335959121">
    <w:abstractNumId w:val="4"/>
  </w:num>
  <w:num w:numId="5" w16cid:durableId="1601068253">
    <w:abstractNumId w:val="7"/>
  </w:num>
  <w:num w:numId="6" w16cid:durableId="1936280718">
    <w:abstractNumId w:val="3"/>
  </w:num>
  <w:num w:numId="7" w16cid:durableId="36782248">
    <w:abstractNumId w:val="2"/>
  </w:num>
  <w:num w:numId="8" w16cid:durableId="1794328190">
    <w:abstractNumId w:val="1"/>
  </w:num>
  <w:num w:numId="9" w16cid:durableId="11746144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1634"/>
    <w:rsid w:val="00215BFA"/>
    <w:rsid w:val="00262FEC"/>
    <w:rsid w:val="0029639D"/>
    <w:rsid w:val="002F7972"/>
    <w:rsid w:val="00326F90"/>
    <w:rsid w:val="00362523"/>
    <w:rsid w:val="003A09F2"/>
    <w:rsid w:val="004211C5"/>
    <w:rsid w:val="006E7544"/>
    <w:rsid w:val="007849B0"/>
    <w:rsid w:val="007B5FE2"/>
    <w:rsid w:val="008608C6"/>
    <w:rsid w:val="00870AE4"/>
    <w:rsid w:val="009353CB"/>
    <w:rsid w:val="00AA1D8D"/>
    <w:rsid w:val="00B1566A"/>
    <w:rsid w:val="00B47730"/>
    <w:rsid w:val="00C268A8"/>
    <w:rsid w:val="00CB0664"/>
    <w:rsid w:val="00DA7D02"/>
    <w:rsid w:val="00EE6A67"/>
    <w:rsid w:val="00F3732A"/>
    <w:rsid w:val="00F66685"/>
    <w:rsid w:val="00FC4CB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E93AA3"/>
  <w14:defaultImageDpi w14:val="300"/>
  <w15:docId w15:val="{CC8DC0E4-14EB-4482-A7C7-0A5EAA69A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950</Words>
  <Characters>5420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6358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Mihai Andries</cp:lastModifiedBy>
  <cp:revision>10</cp:revision>
  <dcterms:created xsi:type="dcterms:W3CDTF">2013-12-23T23:15:00Z</dcterms:created>
  <dcterms:modified xsi:type="dcterms:W3CDTF">2026-09-27T07:11:00Z</dcterms:modified>
  <cp:category/>
</cp:coreProperties>
</file>