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9D12A" w14:textId="77777777" w:rsidR="00543208" w:rsidRPr="00D464A2" w:rsidRDefault="00000000" w:rsidP="00D464A2">
      <w:pPr>
        <w:spacing w:after="280"/>
        <w:jc w:val="right"/>
        <w:rPr>
          <w:rFonts w:ascii="Times New Roman" w:hAnsi="Times New Roman" w:cs="Times New Roman"/>
          <w:sz w:val="20"/>
          <w:szCs w:val="24"/>
        </w:rPr>
      </w:pPr>
      <w:r w:rsidRPr="00D464A2">
        <w:rPr>
          <w:rFonts w:ascii="Times New Roman" w:hAnsi="Times New Roman" w:cs="Times New Roman"/>
          <w:color w:val="1155CC"/>
          <w:sz w:val="20"/>
          <w:szCs w:val="24"/>
          <w:u w:val="single"/>
        </w:rPr>
        <w:t>materialedeistorie.com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543208" w:rsidRPr="00D464A2" w14:paraId="458FF9C7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82A225C" w14:textId="77777777" w:rsidR="00543208" w:rsidRPr="00D464A2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sz w:val="22"/>
                <w:szCs w:val="32"/>
              </w:rPr>
              <w:t>Unitatea școlară:</w:t>
            </w:r>
            <w:r w:rsidRPr="00D464A2">
              <w:rPr>
                <w:rFonts w:ascii="Times New Roman" w:hAnsi="Times New Roman" w:cs="Times New Roman"/>
                <w:sz w:val="22"/>
                <w:szCs w:val="32"/>
              </w:rPr>
              <w:br/>
              <w:t>Aria curriculară: Om și societate</w:t>
            </w:r>
            <w:r w:rsidRPr="00D464A2">
              <w:rPr>
                <w:rFonts w:ascii="Times New Roman" w:hAnsi="Times New Roman" w:cs="Times New Roman"/>
                <w:sz w:val="22"/>
                <w:szCs w:val="32"/>
              </w:rPr>
              <w:br/>
              <w:t>Profesor: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74DEB0" w14:textId="77777777" w:rsidR="00543208" w:rsidRPr="00D464A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t>Aviz Director,</w:t>
            </w:r>
          </w:p>
        </w:tc>
      </w:tr>
      <w:tr w:rsidR="00543208" w:rsidRPr="00D464A2" w14:paraId="5645C8D9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6E1A17" w14:textId="77777777" w:rsidR="00543208" w:rsidRDefault="00543208"/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EBB32D" w14:textId="77777777" w:rsidR="00543208" w:rsidRPr="00D464A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t>Aviz</w:t>
            </w:r>
            <w:r w:rsidRPr="00D464A2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Responsabil Arie curriculară</w:t>
            </w:r>
          </w:p>
        </w:tc>
      </w:tr>
    </w:tbl>
    <w:p w14:paraId="4E36FE47" w14:textId="77777777" w:rsidR="00543208" w:rsidRDefault="00543208"/>
    <w:p w14:paraId="2EC5D4A4" w14:textId="77777777" w:rsidR="00543208" w:rsidRDefault="00543208"/>
    <w:p w14:paraId="767B722A" w14:textId="77777777" w:rsidR="00543208" w:rsidRDefault="00543208"/>
    <w:p w14:paraId="78D7A63F" w14:textId="77777777" w:rsidR="00543208" w:rsidRDefault="00543208"/>
    <w:p w14:paraId="0411BBCC" w14:textId="77777777" w:rsidR="00543208" w:rsidRPr="00D464A2" w:rsidRDefault="00000000">
      <w:pPr>
        <w:spacing w:after="80"/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color w:val="000000"/>
          <w:sz w:val="32"/>
        </w:rPr>
        <w:t>PLANIFICARE CALENDARISTICĂ ANUALĂ 2026-2027</w:t>
      </w:r>
    </w:p>
    <w:p w14:paraId="375E2CCB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sz w:val="28"/>
        </w:rPr>
        <w:t>DISCIPLINA ISTORIE - CLASA A IX-A</w:t>
      </w:r>
    </w:p>
    <w:p w14:paraId="32E93D9D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b/>
          <w:sz w:val="24"/>
        </w:rPr>
        <w:t>TRUNCHI COMUN ȘI CURRICULUM DE SPECIALITATE (TC+CS) - 2 ORE PE SĂPTĂMÂNĂ</w:t>
      </w:r>
    </w:p>
    <w:p w14:paraId="38ED9005" w14:textId="77777777" w:rsidR="00543208" w:rsidRPr="00D464A2" w:rsidRDefault="00000000">
      <w:pPr>
        <w:spacing w:before="200"/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</w:rPr>
        <w:t>Filiera teoretică - profilul umanist - specializarea Filologie</w:t>
      </w:r>
    </w:p>
    <w:p w14:paraId="0CBADD72" w14:textId="77777777" w:rsidR="00543208" w:rsidRPr="00D464A2" w:rsidRDefault="00000000">
      <w:pPr>
        <w:jc w:val="center"/>
        <w:rPr>
          <w:rFonts w:ascii="Times New Roman" w:hAnsi="Times New Roman" w:cs="Times New Roman"/>
        </w:rPr>
      </w:pPr>
      <w:r w:rsidRPr="00D464A2">
        <w:rPr>
          <w:rFonts w:ascii="Times New Roman" w:hAnsi="Times New Roman" w:cs="Times New Roman"/>
          <w:i/>
          <w:sz w:val="16"/>
        </w:rPr>
        <w:t>Conform programei școlare pentru Istorie. Istorie universală, clasa a IX-a, TC+CS, Anexa nr. 38 la OMEC nr. 6930/19.12.2025</w:t>
      </w:r>
    </w:p>
    <w:p w14:paraId="77CE18C8" w14:textId="77777777" w:rsidR="00543208" w:rsidRDefault="00000000">
      <w:r>
        <w:br w:type="page"/>
      </w:r>
    </w:p>
    <w:p w14:paraId="38999D9A" w14:textId="77777777" w:rsidR="00543208" w:rsidRPr="00D464A2" w:rsidRDefault="00000000">
      <w:pPr>
        <w:spacing w:after="80"/>
        <w:jc w:val="center"/>
        <w:rPr>
          <w:rFonts w:ascii="Times New Roman" w:hAnsi="Times New Roman" w:cs="Times New Roman"/>
          <w:sz w:val="28"/>
          <w:szCs w:val="28"/>
        </w:rPr>
      </w:pPr>
      <w:r w:rsidRPr="00D464A2">
        <w:rPr>
          <w:rFonts w:ascii="Times New Roman" w:hAnsi="Times New Roman" w:cs="Times New Roman"/>
          <w:b/>
          <w:sz w:val="28"/>
          <w:szCs w:val="28"/>
        </w:rPr>
        <w:lastRenderedPageBreak/>
        <w:t>PLANIFICARE CALENDARISTICĂ ANUALĂ</w:t>
      </w:r>
      <w:r w:rsidRPr="00D464A2">
        <w:rPr>
          <w:rFonts w:ascii="Times New Roman" w:hAnsi="Times New Roman" w:cs="Times New Roman"/>
          <w:b/>
          <w:sz w:val="28"/>
          <w:szCs w:val="28"/>
        </w:rPr>
        <w:br/>
      </w:r>
      <w:r w:rsidRPr="00D464A2">
        <w:rPr>
          <w:rFonts w:ascii="Times New Roman" w:hAnsi="Times New Roman" w:cs="Times New Roman"/>
          <w:b/>
          <w:sz w:val="24"/>
          <w:szCs w:val="24"/>
          <w:highlight w:val="yellow"/>
        </w:rPr>
        <w:t>MODULUL I - 7 săptămâni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0611CC68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3FFAFA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8C4773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9DDFB8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9C60A0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33983D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644C41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CE2943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5B91B3A9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B55D2" w14:textId="77777777" w:rsidR="00543208" w:rsidRPr="00D464A2" w:rsidRDefault="00543208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78414A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Evaluare inițială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D9237" w14:textId="77777777" w:rsidR="00543208" w:rsidRDefault="00543208"/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8F3C1E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Test predictiv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023992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675462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1  07</w:t>
            </w:r>
            <w:proofErr w:type="gramEnd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-11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1CEBDF" w14:textId="77777777" w:rsidR="00543208" w:rsidRDefault="00543208">
            <w:pPr>
              <w:jc w:val="center"/>
            </w:pPr>
          </w:p>
        </w:tc>
      </w:tr>
      <w:tr w:rsidR="00543208" w14:paraId="33051F1A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A63893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D56BF8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Laboratorul istoriei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9BD9A4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49F94C88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7BF9E315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3C898920" w14:textId="77777777" w:rsidR="00543208" w:rsidRDefault="00000000"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4.1.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5E6B11" w14:textId="77777777" w:rsidR="00543208" w:rsidRPr="00102F44" w:rsidRDefault="0000000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02F44">
              <w:rPr>
                <w:rFonts w:ascii="Times New Roman" w:hAnsi="Times New Roman" w:cs="Times New Roman"/>
                <w:sz w:val="22"/>
                <w:szCs w:val="40"/>
              </w:rPr>
              <w:t>• Timp, spațiu istoric, concepte</w:t>
            </w:r>
          </w:p>
          <w:p w14:paraId="7F78A0B9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102F44">
              <w:rPr>
                <w:rFonts w:ascii="Times New Roman" w:hAnsi="Times New Roman" w:cs="Times New Roman"/>
                <w:sz w:val="22"/>
                <w:szCs w:val="40"/>
              </w:rPr>
              <w:t>• Surse istorice: categorii, criterii de analiză, interpretare și contextualizare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8C4E6E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464A2">
              <w:rPr>
                <w:rFonts w:ascii="Times New Roman" w:hAnsi="Times New Roman" w:cs="Times New Roman"/>
                <w:bCs/>
                <w:sz w:val="22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A9C98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2  14</w:t>
            </w:r>
            <w:proofErr w:type="gramEnd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-18 IX</w:t>
            </w:r>
          </w:p>
          <w:p w14:paraId="2FC2FB73" w14:textId="77777777" w:rsidR="00D464A2" w:rsidRPr="00D464A2" w:rsidRDefault="00D46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5D5C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3  21</w:t>
            </w:r>
            <w:proofErr w:type="gramEnd"/>
            <w:r w:rsidRPr="00D464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-25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08006D" w14:textId="77777777" w:rsidR="00543208" w:rsidRDefault="00543208">
            <w:pPr>
              <w:jc w:val="center"/>
            </w:pPr>
          </w:p>
        </w:tc>
      </w:tr>
      <w:tr w:rsidR="00543208" w14:paraId="45D2943C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87098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864FA5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sz w:val="22"/>
              </w:rPr>
              <w:t>Zorii civilizației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AA5C95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5EAEB2B1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1.2.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Explicarea relației cauză-efect într-o succesiune de evenimente și procese istorice.</w:t>
            </w:r>
          </w:p>
          <w:p w14:paraId="6F0A2629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7366E861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4DEDCA3F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3.1.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Descrierea evoluției formelor de organizare politică în epoci istorice diferite.</w:t>
            </w:r>
          </w:p>
          <w:p w14:paraId="3674BA37" w14:textId="77777777" w:rsidR="00543208" w:rsidRDefault="00000000">
            <w:r w:rsidRPr="00D464A2">
              <w:rPr>
                <w:rFonts w:ascii="Times New Roman" w:hAnsi="Times New Roman" w:cs="Times New Roman"/>
                <w:b/>
                <w:bCs/>
                <w:sz w:val="22"/>
              </w:rPr>
              <w:t>3.2.</w:t>
            </w:r>
            <w:r w:rsidRPr="00D464A2">
              <w:rPr>
                <w:rFonts w:ascii="Times New Roman" w:hAnsi="Times New Roman" w:cs="Times New Roman"/>
                <w:sz w:val="22"/>
              </w:rPr>
              <w:t xml:space="preserve"> Recunoașterea elementelor civice și culturale care contribuie la identitatea Europei contemporane.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1895F7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Repere ale Preistoriei</w:t>
            </w:r>
          </w:p>
          <w:p w14:paraId="51BADCDB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Studiu de caz: Arta preistorică</w:t>
            </w:r>
          </w:p>
          <w:p w14:paraId="08B79CF2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>• Mesopotamia și Egiptul Antic. Modele politice, societate și economie</w:t>
            </w:r>
          </w:p>
          <w:p w14:paraId="070CAC29" w14:textId="77777777" w:rsidR="00543208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 xml:space="preserve">• Cultura </w:t>
            </w:r>
            <w:proofErr w:type="spellStart"/>
            <w:r w:rsidRPr="00D464A2">
              <w:rPr>
                <w:rFonts w:ascii="Times New Roman" w:hAnsi="Times New Roman" w:cs="Times New Roman"/>
                <w:sz w:val="22"/>
              </w:rPr>
              <w:t>Orientului</w:t>
            </w:r>
            <w:proofErr w:type="spellEnd"/>
            <w:r w:rsidRPr="00D464A2">
              <w:rPr>
                <w:rFonts w:ascii="Times New Roman" w:hAnsi="Times New Roman" w:cs="Times New Roman"/>
                <w:sz w:val="22"/>
              </w:rPr>
              <w:t xml:space="preserve"> Antic</w:t>
            </w:r>
          </w:p>
          <w:p w14:paraId="5BC19CCC" w14:textId="77777777" w:rsidR="00102F44" w:rsidRPr="00D464A2" w:rsidRDefault="00102F44">
            <w:pPr>
              <w:rPr>
                <w:rFonts w:ascii="Times New Roman" w:hAnsi="Times New Roman" w:cs="Times New Roman"/>
                <w:sz w:val="22"/>
              </w:rPr>
            </w:pPr>
          </w:p>
          <w:p w14:paraId="0C3555DF" w14:textId="77777777" w:rsidR="00543208" w:rsidRPr="00D464A2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464A2">
              <w:rPr>
                <w:rFonts w:ascii="Times New Roman" w:hAnsi="Times New Roman" w:cs="Times New Roman"/>
                <w:sz w:val="22"/>
              </w:rPr>
              <w:t xml:space="preserve">• </w:t>
            </w:r>
            <w:r w:rsidRPr="00102F44">
              <w:rPr>
                <w:rFonts w:ascii="Times New Roman" w:hAnsi="Times New Roman" w:cs="Times New Roman"/>
                <w:sz w:val="22"/>
                <w:highlight w:val="cyan"/>
              </w:rPr>
              <w:t>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EBC898" w14:textId="77777777" w:rsidR="007A621B" w:rsidRPr="00102F44" w:rsidRDefault="007A621B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102F44">
              <w:rPr>
                <w:rFonts w:ascii="Times New Roman" w:hAnsi="Times New Roman" w:cs="Times New Roman"/>
                <w:sz w:val="22"/>
                <w:szCs w:val="28"/>
              </w:rPr>
              <w:t>6</w:t>
            </w:r>
          </w:p>
          <w:p w14:paraId="752C0F98" w14:textId="77777777" w:rsidR="007A621B" w:rsidRPr="00102F44" w:rsidRDefault="007A621B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14:paraId="365F3447" w14:textId="77777777" w:rsidR="007A621B" w:rsidRPr="00102F44" w:rsidRDefault="007A621B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14:paraId="7D655D95" w14:textId="77777777" w:rsidR="007A621B" w:rsidRDefault="007A621B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14:paraId="4BC36E8B" w14:textId="77777777" w:rsidR="00102F44" w:rsidRPr="00102F44" w:rsidRDefault="00102F44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</w:p>
          <w:p w14:paraId="34C41C82" w14:textId="77777777" w:rsidR="007A621B" w:rsidRPr="00102F44" w:rsidRDefault="007A621B" w:rsidP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28"/>
              </w:rPr>
            </w:pPr>
            <w:r w:rsidRPr="00102F44">
              <w:rPr>
                <w:rFonts w:ascii="Times New Roman" w:hAnsi="Times New Roman" w:cs="Times New Roman"/>
                <w:sz w:val="22"/>
                <w:szCs w:val="28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CB0215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4  28</w:t>
            </w:r>
            <w:proofErr w:type="gramEnd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IX-02 X</w:t>
            </w:r>
          </w:p>
          <w:p w14:paraId="2F1BBEDD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5  05</w:t>
            </w:r>
            <w:proofErr w:type="gramEnd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-09 X</w:t>
            </w:r>
          </w:p>
          <w:p w14:paraId="5675F8F4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6  12</w:t>
            </w:r>
            <w:proofErr w:type="gramEnd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-16 X</w:t>
            </w:r>
          </w:p>
          <w:p w14:paraId="47ACE82C" w14:textId="77777777" w:rsidR="007A621B" w:rsidRDefault="007A62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5C7C6942" w14:textId="77777777" w:rsidR="007A621B" w:rsidRPr="007A621B" w:rsidRDefault="007A621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6DC8C39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4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7  19</w:t>
            </w:r>
            <w:proofErr w:type="gramEnd"/>
            <w:r w:rsidRPr="007A62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-23 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FC298B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sz w:val="20"/>
                <w:szCs w:val="36"/>
              </w:rPr>
              <w:t>*5 octombrie - Ziua educației</w:t>
            </w:r>
          </w:p>
        </w:tc>
      </w:tr>
      <w:tr w:rsidR="00543208" w14:paraId="6567B015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8D9A5D" w14:textId="77777777" w:rsidR="00543208" w:rsidRPr="00D464A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D464A2">
              <w:rPr>
                <w:rFonts w:ascii="Times New Roman" w:hAnsi="Times New Roman" w:cs="Times New Roman"/>
                <w:b/>
                <w:sz w:val="24"/>
                <w:szCs w:val="40"/>
              </w:rPr>
              <w:t>Vacanță - 24 octombrie - 1 noiembrie 2026</w:t>
            </w:r>
          </w:p>
        </w:tc>
      </w:tr>
    </w:tbl>
    <w:p w14:paraId="55DB0EB6" w14:textId="77777777" w:rsidR="00543208" w:rsidRDefault="00000000">
      <w:r>
        <w:br w:type="page"/>
      </w:r>
    </w:p>
    <w:p w14:paraId="4FD04A56" w14:textId="4463DAD3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7A621B">
        <w:rPr>
          <w:rFonts w:ascii="Times New Roman" w:hAnsi="Times New Roman" w:cs="Times New Roman"/>
          <w:b/>
          <w:sz w:val="32"/>
          <w:szCs w:val="36"/>
        </w:rPr>
        <w:lastRenderedPageBreak/>
        <w:br/>
      </w:r>
      <w:r w:rsidRPr="007A621B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II-LEA - 7 </w:t>
      </w:r>
      <w:proofErr w:type="spellStart"/>
      <w:r w:rsidRPr="007A621B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532BE1FB" w14:textId="77777777" w:rsidR="007A621B" w:rsidRPr="007A621B" w:rsidRDefault="007A621B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1D677464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C0A681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C04D7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69E88B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0AC315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EAEB5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54872F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D2F0AA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7A621B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35CC4EF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E8D082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A621B">
              <w:rPr>
                <w:rFonts w:ascii="Times New Roman" w:hAnsi="Times New Roman" w:cs="Times New Roman"/>
                <w:b/>
                <w:sz w:val="22"/>
                <w:szCs w:val="36"/>
              </w:rPr>
              <w:t>3.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93DD34" w14:textId="77777777" w:rsidR="00543208" w:rsidRPr="007A621B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A621B">
              <w:rPr>
                <w:rFonts w:ascii="Times New Roman" w:hAnsi="Times New Roman" w:cs="Times New Roman"/>
                <w:b/>
                <w:sz w:val="22"/>
                <w:szCs w:val="36"/>
              </w:rPr>
              <w:t>Originile civilizației europene: modele politice și culturale în lumea greco-română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99BC6D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1DDE85B4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7CBC17A3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56E3D2D5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7D1C10B7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38BA266E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58611DCE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  <w:p w14:paraId="20C14B7E" w14:textId="77777777" w:rsidR="00543208" w:rsidRDefault="00000000">
            <w:r w:rsidRPr="007A621B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4.2.</w:t>
            </w: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79EA94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Colonizarea greacă. Polisul și formele de guvernare - Atena și Sparta</w:t>
            </w:r>
          </w:p>
          <w:p w14:paraId="628678F9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Grecii între alianțe și războaie. Alexandru Macedon</w:t>
            </w:r>
          </w:p>
          <w:p w14:paraId="5BDBC8D0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Roma antică. De la Regalitate la Imperiu</w:t>
            </w:r>
          </w:p>
          <w:p w14:paraId="19B3C408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Modele culturale în lumea greco-romană</w:t>
            </w:r>
          </w:p>
          <w:p w14:paraId="20743309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• Studiu de caz: Teatrul grec</w:t>
            </w:r>
          </w:p>
          <w:p w14:paraId="24D6A8BA" w14:textId="77777777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• Studiu de </w:t>
            </w:r>
            <w:proofErr w:type="spellStart"/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caz</w:t>
            </w:r>
            <w:proofErr w:type="spellEnd"/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: Arta </w:t>
            </w:r>
            <w:proofErr w:type="spellStart"/>
            <w:r w:rsidRPr="007A621B">
              <w:rPr>
                <w:rFonts w:ascii="Times New Roman" w:hAnsi="Times New Roman" w:cs="Times New Roman"/>
                <w:sz w:val="22"/>
                <w:szCs w:val="40"/>
              </w:rPr>
              <w:t>oratoriei</w:t>
            </w:r>
            <w:proofErr w:type="spellEnd"/>
          </w:p>
          <w:p w14:paraId="04FC70E4" w14:textId="77777777" w:rsidR="00102F44" w:rsidRPr="007A621B" w:rsidRDefault="00102F44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5A13B3D9" w14:textId="77777777" w:rsidR="00543208" w:rsidRPr="007A621B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7A621B">
              <w:rPr>
                <w:rFonts w:ascii="Times New Roman" w:hAnsi="Times New Roman" w:cs="Times New Roman"/>
                <w:sz w:val="22"/>
                <w:szCs w:val="40"/>
              </w:rPr>
              <w:t xml:space="preserve">• </w:t>
            </w:r>
            <w:r w:rsidRPr="00102F44">
              <w:rPr>
                <w:rFonts w:ascii="Times New Roman" w:hAnsi="Times New Roman" w:cs="Times New Roman"/>
                <w:sz w:val="22"/>
                <w:szCs w:val="40"/>
                <w:highlight w:val="cyan"/>
              </w:rPr>
              <w:t>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D3ACED" w14:textId="77777777" w:rsidR="00336095" w:rsidRPr="00102F44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  <w:r w:rsidRPr="00102F44">
              <w:rPr>
                <w:rFonts w:ascii="Times New Roman" w:hAnsi="Times New Roman" w:cs="Times New Roman"/>
                <w:sz w:val="22"/>
                <w:szCs w:val="28"/>
              </w:rPr>
              <w:t>12</w:t>
            </w:r>
          </w:p>
          <w:p w14:paraId="40E7623A" w14:textId="77777777" w:rsidR="00336095" w:rsidRPr="00102F44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07B00F1C" w14:textId="77777777" w:rsidR="00336095" w:rsidRPr="00102F44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084055F4" w14:textId="77777777" w:rsidR="00336095" w:rsidRPr="00102F44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272E2EA2" w14:textId="77777777" w:rsidR="00336095" w:rsidRPr="00102F44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31BFD126" w14:textId="77777777" w:rsidR="00336095" w:rsidRDefault="00336095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3901F0FF" w14:textId="77777777" w:rsidR="00102F44" w:rsidRPr="00102F44" w:rsidRDefault="00102F44" w:rsidP="00336095">
            <w:pPr>
              <w:rPr>
                <w:rFonts w:ascii="Times New Roman" w:hAnsi="Times New Roman" w:cs="Times New Roman"/>
                <w:b/>
                <w:sz w:val="28"/>
                <w:szCs w:val="44"/>
              </w:rPr>
            </w:pPr>
          </w:p>
          <w:p w14:paraId="26C75F8B" w14:textId="77777777" w:rsidR="00336095" w:rsidRDefault="00336095" w:rsidP="00336095">
            <w:pPr>
              <w:rPr>
                <w:rFonts w:ascii="Times New Roman" w:hAnsi="Times New Roman" w:cs="Times New Roman"/>
                <w:b/>
                <w:sz w:val="22"/>
                <w:szCs w:val="36"/>
              </w:rPr>
            </w:pPr>
            <w:r w:rsidRPr="00102F44">
              <w:rPr>
                <w:rFonts w:ascii="Times New Roman" w:hAnsi="Times New Roman" w:cs="Times New Roman"/>
                <w:sz w:val="22"/>
                <w:szCs w:val="28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22C06D" w14:textId="105221BC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8  02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-06 XI</w:t>
            </w:r>
          </w:p>
          <w:p w14:paraId="763CFD98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9  09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-13 XI</w:t>
            </w:r>
          </w:p>
          <w:p w14:paraId="1CD9B4EB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10  16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-20 XI</w:t>
            </w:r>
          </w:p>
          <w:p w14:paraId="66FE6938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11  23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-27 XI</w:t>
            </w:r>
          </w:p>
          <w:p w14:paraId="49177EFB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12  30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XI-04 XII</w:t>
            </w:r>
          </w:p>
          <w:p w14:paraId="256F43C5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360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13  07</w:t>
            </w:r>
            <w:proofErr w:type="gramEnd"/>
            <w:r w:rsidRPr="0033609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-11 XII</w:t>
            </w:r>
          </w:p>
          <w:p w14:paraId="4A543F55" w14:textId="77777777" w:rsidR="007A621B" w:rsidRDefault="007A621B" w:rsidP="00336095">
            <w:pPr>
              <w:rPr>
                <w:sz w:val="13"/>
              </w:rPr>
            </w:pPr>
          </w:p>
          <w:p w14:paraId="51268515" w14:textId="77777777" w:rsidR="007A621B" w:rsidRDefault="007A621B">
            <w:pPr>
              <w:jc w:val="center"/>
              <w:rPr>
                <w:sz w:val="13"/>
              </w:rPr>
            </w:pPr>
          </w:p>
          <w:p w14:paraId="324EDC3B" w14:textId="77777777" w:rsidR="007A621B" w:rsidRDefault="007A621B">
            <w:pPr>
              <w:jc w:val="center"/>
              <w:rPr>
                <w:sz w:val="13"/>
              </w:rPr>
            </w:pPr>
          </w:p>
          <w:p w14:paraId="5C06A6A2" w14:textId="77777777" w:rsidR="00336095" w:rsidRDefault="00336095" w:rsidP="00102F44"/>
          <w:p w14:paraId="38879537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sz w:val="22"/>
                <w:szCs w:val="40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sz w:val="22"/>
                <w:szCs w:val="40"/>
                <w:vertAlign w:val="subscript"/>
              </w:rPr>
              <w:t>15  21</w:t>
            </w:r>
            <w:proofErr w:type="gramEnd"/>
            <w:r w:rsidRPr="00336095">
              <w:rPr>
                <w:rFonts w:ascii="Times New Roman" w:hAnsi="Times New Roman" w:cs="Times New Roman"/>
                <w:sz w:val="22"/>
                <w:szCs w:val="40"/>
                <w:vertAlign w:val="subscript"/>
              </w:rPr>
              <w:t>-22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741EBF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szCs w:val="32"/>
              </w:rPr>
              <w:t>*30 noiembrie și 1 decembrie - zile libere</w:t>
            </w:r>
          </w:p>
        </w:tc>
      </w:tr>
      <w:tr w:rsidR="00543208" w14:paraId="1C67D3FB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FE41CD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2"/>
                <w:szCs w:val="36"/>
              </w:rPr>
              <w:t>Activități extrașcolare și extracurriculare</w:t>
            </w:r>
            <w:r w:rsidRPr="00336095">
              <w:rPr>
                <w:rFonts w:ascii="Times New Roman" w:hAnsi="Times New Roman" w:cs="Times New Roman"/>
                <w:b/>
                <w:sz w:val="22"/>
                <w:szCs w:val="36"/>
              </w:rPr>
              <w:br/>
              <w:t>ȘCOALA ALTFEL</w:t>
            </w:r>
          </w:p>
        </w:tc>
        <w:tc>
          <w:tcPr>
            <w:tcW w:w="1502" w:type="dxa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2F6124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4"/>
                <w:szCs w:val="40"/>
              </w:rPr>
              <w:t>S</w:t>
            </w:r>
            <w:proofErr w:type="gramStart"/>
            <w:r w:rsidRPr="00336095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14  14</w:t>
            </w:r>
            <w:proofErr w:type="gramEnd"/>
            <w:r w:rsidRPr="00336095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-18 XII</w:t>
            </w:r>
          </w:p>
        </w:tc>
        <w:tc>
          <w:tcPr>
            <w:tcW w:w="1332" w:type="dxa"/>
            <w:shd w:val="clear" w:color="auto" w:fill="F4CCCC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AE6BBB" w14:textId="77777777" w:rsidR="00543208" w:rsidRDefault="00543208"/>
        </w:tc>
      </w:tr>
      <w:tr w:rsidR="00543208" w14:paraId="56B85322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3BFF27" w14:textId="77777777" w:rsidR="00543208" w:rsidRPr="0033609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36095">
              <w:rPr>
                <w:rFonts w:ascii="Times New Roman" w:hAnsi="Times New Roman" w:cs="Times New Roman"/>
                <w:b/>
                <w:sz w:val="24"/>
                <w:szCs w:val="40"/>
              </w:rPr>
              <w:t>Vacanță - 23 decembrie 2026 - 10 ianuarie 2027</w:t>
            </w:r>
          </w:p>
        </w:tc>
      </w:tr>
    </w:tbl>
    <w:p w14:paraId="785A22A1" w14:textId="77777777" w:rsidR="00543208" w:rsidRDefault="00000000">
      <w:r>
        <w:br w:type="page"/>
      </w:r>
    </w:p>
    <w:p w14:paraId="34EF6E2E" w14:textId="367399A0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>
        <w:rPr>
          <w:b/>
          <w:sz w:val="20"/>
        </w:rPr>
        <w:lastRenderedPageBreak/>
        <w:br/>
      </w:r>
      <w:r w:rsidRPr="0084717C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III-LEA - 6 </w:t>
      </w:r>
      <w:proofErr w:type="spellStart"/>
      <w:r w:rsidRPr="0084717C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4BBB5E2D" w14:textId="77777777" w:rsidR="0084717C" w:rsidRPr="0084717C" w:rsidRDefault="0084717C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7A1B5D80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29F92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907B1B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CF9732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E83195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C2E17E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5179BC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B80EC4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4717C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49CE21F2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DEF1B6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4.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EB907C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Geneza lumii medievale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12B5D2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29D60BC9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138EF756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6EB3657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7349AF5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6CD9C1A0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E6098A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Impactul marilor migrații. Europa Apuseană de la regatele germanice la Carol cel Mare</w:t>
            </w:r>
          </w:p>
          <w:p w14:paraId="49A92EF0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Imperiul Bizantin: instituții, religie și cultură</w:t>
            </w:r>
          </w:p>
          <w:p w14:paraId="7A7A860D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Studiu de caz: Evoluția ideii imperiale</w:t>
            </w:r>
          </w:p>
          <w:p w14:paraId="49758AE5" w14:textId="0D9589DB" w:rsidR="00543208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 xml:space="preserve">• </w:t>
            </w:r>
            <w:proofErr w:type="spellStart"/>
            <w:r w:rsidRPr="00F756C3">
              <w:rPr>
                <w:rFonts w:ascii="Times New Roman" w:hAnsi="Times New Roman" w:cs="Times New Roman"/>
                <w:sz w:val="22"/>
              </w:rPr>
              <w:t>Islamul</w:t>
            </w:r>
            <w:proofErr w:type="spellEnd"/>
            <w:r w:rsidRPr="00F756C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F756C3">
              <w:rPr>
                <w:rFonts w:ascii="Times New Roman" w:hAnsi="Times New Roman" w:cs="Times New Roman"/>
                <w:sz w:val="22"/>
              </w:rPr>
              <w:t>și</w:t>
            </w:r>
            <w:proofErr w:type="spellEnd"/>
            <w:r w:rsidRPr="00F756C3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F756C3">
              <w:rPr>
                <w:rFonts w:ascii="Times New Roman" w:hAnsi="Times New Roman" w:cs="Times New Roman"/>
                <w:sz w:val="22"/>
              </w:rPr>
              <w:t>expansiunea</w:t>
            </w:r>
            <w:proofErr w:type="spellEnd"/>
            <w:r w:rsidRPr="00F756C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102F44">
              <w:rPr>
                <w:rFonts w:ascii="Times New Roman" w:hAnsi="Times New Roman" w:cs="Times New Roman"/>
                <w:sz w:val="22"/>
              </w:rPr>
              <w:t>araba</w:t>
            </w:r>
          </w:p>
          <w:p w14:paraId="4DFB8572" w14:textId="77777777" w:rsidR="00102F44" w:rsidRPr="00F756C3" w:rsidRDefault="00102F44">
            <w:pPr>
              <w:rPr>
                <w:rFonts w:ascii="Times New Roman" w:hAnsi="Times New Roman" w:cs="Times New Roman"/>
                <w:sz w:val="22"/>
              </w:rPr>
            </w:pPr>
          </w:p>
          <w:p w14:paraId="3D5E5BDE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 xml:space="preserve">• </w:t>
            </w:r>
            <w:r w:rsidRPr="00102F44">
              <w:rPr>
                <w:rFonts w:ascii="Times New Roman" w:hAnsi="Times New Roman" w:cs="Times New Roman"/>
                <w:sz w:val="22"/>
                <w:highlight w:val="cyan"/>
              </w:rPr>
              <w:t>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08B644" w14:textId="77777777" w:rsidR="00543208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6</w:t>
            </w:r>
          </w:p>
          <w:p w14:paraId="67F723F8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F2BD682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1FD104E8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6A06D64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65B2741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30B5FD4B" w14:textId="77777777" w:rsidR="00543208" w:rsidRDefault="00F756C3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0C0E4C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16  11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-15 I</w:t>
            </w:r>
          </w:p>
          <w:p w14:paraId="308D6116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17  18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-22 I</w:t>
            </w:r>
          </w:p>
          <w:p w14:paraId="3AD25CFD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18  25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-29 I</w:t>
            </w:r>
          </w:p>
          <w:p w14:paraId="0E0085C7" w14:textId="77777777" w:rsidR="00F756C3" w:rsidRDefault="00F756C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67163CAA" w14:textId="77777777" w:rsidR="00F756C3" w:rsidRDefault="00F756C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4A75DBF9" w14:textId="77777777" w:rsidR="00F756C3" w:rsidRPr="00F756C3" w:rsidRDefault="00F756C3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bscript"/>
              </w:rPr>
            </w:pPr>
          </w:p>
          <w:p w14:paraId="33462124" w14:textId="77777777" w:rsidR="00543208" w:rsidRDefault="00000000">
            <w:pPr>
              <w:jc w:val="center"/>
            </w:pPr>
            <w:r w:rsidRPr="00F756C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19  01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-05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7223A4" w14:textId="77777777" w:rsidR="00543208" w:rsidRDefault="00543208">
            <w:pPr>
              <w:jc w:val="center"/>
            </w:pPr>
          </w:p>
        </w:tc>
      </w:tr>
      <w:tr w:rsidR="00543208" w14:paraId="69F00942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F912D1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537D7F" w14:textId="77777777" w:rsidR="00543208" w:rsidRPr="0084717C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84717C">
              <w:rPr>
                <w:rFonts w:ascii="Times New Roman" w:hAnsi="Times New Roman" w:cs="Times New Roman"/>
                <w:b/>
                <w:sz w:val="22"/>
                <w:szCs w:val="36"/>
              </w:rPr>
              <w:t>Credință, putere și cunoaștere în lumea medievala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0232FF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426B53E0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2A7DA04D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307B8157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0D1DB881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483BF4CB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3F2AF7F9" w14:textId="77777777" w:rsidR="00543208" w:rsidRPr="0084717C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84717C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84717C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77D855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Societate, mentalități și viață cotidiană. Lumea urbană</w:t>
            </w:r>
          </w:p>
          <w:p w14:paraId="50C2E4E3" w14:textId="77777777" w:rsidR="00543208" w:rsidRPr="00F756C3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F756C3">
              <w:rPr>
                <w:rFonts w:ascii="Times New Roman" w:hAnsi="Times New Roman" w:cs="Times New Roman"/>
                <w:sz w:val="22"/>
              </w:rPr>
              <w:t>• Studiu de caz: Veneția de la republică la mare putere maritimă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5F228A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756C3">
              <w:rPr>
                <w:rFonts w:ascii="Times New Roman" w:hAnsi="Times New Roman" w:cs="Times New Roman"/>
                <w:bCs/>
                <w:sz w:val="22"/>
                <w:szCs w:val="36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BCC2E0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F756C3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20  08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-12 II</w:t>
            </w:r>
          </w:p>
          <w:p w14:paraId="708CF4CC" w14:textId="77777777" w:rsidR="00543208" w:rsidRDefault="00000000">
            <w:pPr>
              <w:jc w:val="center"/>
            </w:pPr>
            <w:r w:rsidRPr="00F756C3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21  15</w:t>
            </w:r>
            <w:proofErr w:type="gramEnd"/>
            <w:r w:rsidRPr="00F756C3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-19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9825D3" w14:textId="77777777" w:rsidR="00543208" w:rsidRDefault="00543208">
            <w:pPr>
              <w:jc w:val="center"/>
            </w:pPr>
          </w:p>
        </w:tc>
      </w:tr>
      <w:tr w:rsidR="00543208" w14:paraId="72364871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A0219D" w14:textId="77777777" w:rsidR="00543208" w:rsidRPr="00F756C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756C3">
              <w:rPr>
                <w:rFonts w:ascii="Times New Roman" w:hAnsi="Times New Roman" w:cs="Times New Roman"/>
                <w:b/>
                <w:sz w:val="24"/>
                <w:szCs w:val="40"/>
              </w:rPr>
              <w:t>Vacanță - 22-28 februarie 2027</w:t>
            </w:r>
          </w:p>
        </w:tc>
      </w:tr>
    </w:tbl>
    <w:p w14:paraId="27861109" w14:textId="77777777" w:rsidR="00543208" w:rsidRDefault="00000000">
      <w:r>
        <w:br w:type="page"/>
      </w:r>
    </w:p>
    <w:p w14:paraId="5D485505" w14:textId="3F55DA59" w:rsidR="00543208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4241A">
        <w:rPr>
          <w:rFonts w:ascii="Times New Roman" w:hAnsi="Times New Roman" w:cs="Times New Roman"/>
          <w:b/>
          <w:sz w:val="24"/>
          <w:szCs w:val="36"/>
          <w:highlight w:val="yellow"/>
        </w:rPr>
        <w:lastRenderedPageBreak/>
        <w:t xml:space="preserve">MODULUL AL IV-LEA - 7 </w:t>
      </w:r>
      <w:proofErr w:type="spellStart"/>
      <w:r w:rsidRPr="0024241A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56322A34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F276F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CB770B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A29E23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9986F3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AE7C6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FA8C6B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E9B785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24241A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5DE731C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89F244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2011B1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Credință, putere și cunoaștere în lumea medievala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5377DC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522A147A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33607931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171623B8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4765184B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Descrierea evoluției formelor de organizare politică în epoci istorice diferite.</w:t>
            </w:r>
          </w:p>
          <w:p w14:paraId="0C61D5E8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2057E4E6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  <w:p w14:paraId="66F50732" w14:textId="77777777" w:rsidR="00543208" w:rsidRDefault="00000000"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21F97B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Biserica în Evul Mediu</w:t>
            </w:r>
          </w:p>
          <w:p w14:paraId="5FD3AC9C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Cruciadele. Ciocnirea civilizațiilor</w:t>
            </w:r>
          </w:p>
          <w:p w14:paraId="5691B5D6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Timpul catedralelor. Cultura Europei medievale</w:t>
            </w:r>
          </w:p>
          <w:p w14:paraId="2EF9B26D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Evoluții politice: centralizarea statală</w:t>
            </w:r>
          </w:p>
          <w:p w14:paraId="3C3ED7B7" w14:textId="77777777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• Declinul Evului </w:t>
            </w:r>
            <w:proofErr w:type="spellStart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Mediu</w:t>
            </w:r>
            <w:proofErr w:type="spellEnd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: </w:t>
            </w:r>
            <w:proofErr w:type="spellStart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războaie</w:t>
            </w:r>
            <w:proofErr w:type="spellEnd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, </w:t>
            </w:r>
            <w:proofErr w:type="spellStart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foamete</w:t>
            </w:r>
            <w:proofErr w:type="spellEnd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, </w:t>
            </w:r>
            <w:proofErr w:type="spellStart"/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epidemii</w:t>
            </w:r>
            <w:proofErr w:type="spellEnd"/>
          </w:p>
          <w:p w14:paraId="2AB2E083" w14:textId="77777777" w:rsidR="00102F44" w:rsidRPr="0024241A" w:rsidRDefault="00102F44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51E65255" w14:textId="77777777" w:rsidR="00543208" w:rsidRPr="0024241A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• </w:t>
            </w:r>
            <w:r w:rsidRPr="00102F44">
              <w:rPr>
                <w:rFonts w:ascii="Times New Roman" w:hAnsi="Times New Roman" w:cs="Times New Roman"/>
                <w:sz w:val="22"/>
                <w:szCs w:val="40"/>
                <w:highlight w:val="cyan"/>
              </w:rPr>
              <w:t>Recapitulare și evaluare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6D7B7A" w14:textId="77777777" w:rsidR="00543208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10</w:t>
            </w:r>
          </w:p>
          <w:p w14:paraId="0BF17254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8BBC620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66AC89A5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4297ED9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78D3981F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08F0578E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5FD512C4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3CA63E2C" w14:textId="77777777" w:rsidR="00102F44" w:rsidRPr="00102F44" w:rsidRDefault="00102F44">
            <w:pPr>
              <w:jc w:val="center"/>
              <w:rPr>
                <w:rFonts w:ascii="Times New Roman" w:hAnsi="Times New Roman" w:cs="Times New Roman"/>
                <w:bCs/>
                <w:sz w:val="10"/>
                <w:szCs w:val="18"/>
              </w:rPr>
            </w:pPr>
          </w:p>
          <w:p w14:paraId="46F400A1" w14:textId="77777777" w:rsidR="00543208" w:rsidRDefault="0024241A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4497E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22  01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-05 III</w:t>
            </w:r>
          </w:p>
          <w:p w14:paraId="7B85AE0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23  08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-12 III</w:t>
            </w:r>
          </w:p>
          <w:p w14:paraId="5272F6D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24  15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-19 III</w:t>
            </w:r>
          </w:p>
          <w:p w14:paraId="1F75B43D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25  22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-26 III</w:t>
            </w:r>
          </w:p>
          <w:p w14:paraId="019038DE" w14:textId="14CDB338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26  29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 xml:space="preserve"> III-02 IV</w:t>
            </w:r>
          </w:p>
          <w:p w14:paraId="525E362B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52EDDBF8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057740EB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AEB12C2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4"/>
                <w:szCs w:val="44"/>
              </w:rPr>
            </w:pPr>
          </w:p>
          <w:p w14:paraId="5E0900AD" w14:textId="77777777" w:rsidR="0024241A" w:rsidRPr="0024241A" w:rsidRDefault="0024241A">
            <w:pPr>
              <w:jc w:val="center"/>
              <w:rPr>
                <w:rFonts w:ascii="Times New Roman" w:hAnsi="Times New Roman" w:cs="Times New Roman"/>
                <w:sz w:val="2"/>
                <w:szCs w:val="6"/>
              </w:rPr>
            </w:pPr>
          </w:p>
          <w:p w14:paraId="14E252AD" w14:textId="77777777" w:rsidR="00543208" w:rsidRDefault="00000000">
            <w:pPr>
              <w:jc w:val="center"/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27  05</w:t>
            </w:r>
            <w:proofErr w:type="gramEnd"/>
            <w:r w:rsidRPr="0024241A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-09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8A68E7" w14:textId="77777777" w:rsidR="00543208" w:rsidRDefault="00543208">
            <w:pPr>
              <w:jc w:val="center"/>
            </w:pPr>
          </w:p>
        </w:tc>
      </w:tr>
      <w:tr w:rsidR="00543208" w14:paraId="52C58151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6DAF4F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6.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EB2185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sz w:val="22"/>
                <w:szCs w:val="36"/>
              </w:rPr>
            </w:pPr>
            <w:r w:rsidRPr="0024241A">
              <w:rPr>
                <w:rFonts w:ascii="Times New Roman" w:hAnsi="Times New Roman" w:cs="Times New Roman"/>
                <w:b/>
                <w:sz w:val="22"/>
                <w:szCs w:val="36"/>
              </w:rPr>
              <w:t>Lumea în mișcare. Tranziția spre Modernitate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71D186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Utilizarea reperelor de timp și spațiu în relatarea evenimentelor și proceselor istorice din epocile studiate.</w:t>
            </w:r>
          </w:p>
          <w:p w14:paraId="4B7FABDD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1.2.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Explicarea relației cauză-efect într-o succesiune de evenimente și procese istorice.</w:t>
            </w:r>
          </w:p>
          <w:p w14:paraId="7BF1213C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tipurilor de surse istorice pentru a le valorifica în diverse contexte de viață.</w:t>
            </w:r>
          </w:p>
          <w:p w14:paraId="6C9506D6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2.2.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Extragerea informațiilor din surse diferite pe baza unor repere istorice.</w:t>
            </w:r>
          </w:p>
          <w:p w14:paraId="2C342C51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3.2.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Recunoașterea elementelor civice și culturale care contribuie la identitatea Europei contemporane.</w:t>
            </w:r>
          </w:p>
          <w:p w14:paraId="6894DA8B" w14:textId="77777777" w:rsidR="00543208" w:rsidRPr="0024241A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24241A">
              <w:rPr>
                <w:rFonts w:ascii="Times New Roman" w:hAnsi="Times New Roman" w:cs="Times New Roman"/>
                <w:b/>
                <w:bCs/>
                <w:sz w:val="22"/>
                <w:szCs w:val="40"/>
              </w:rPr>
              <w:t>4.1.</w:t>
            </w: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 xml:space="preserve"> Selectarea surselor necesare pentru prezentarea unui eveniment și/sau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90EC66" w14:textId="77777777" w:rsidR="00543208" w:rsidRPr="0024241A" w:rsidRDefault="00000000">
            <w:pPr>
              <w:rPr>
                <w:rFonts w:ascii="Times New Roman" w:hAnsi="Times New Roman" w:cs="Times New Roman"/>
              </w:rPr>
            </w:pPr>
            <w:r w:rsidRPr="0024241A">
              <w:rPr>
                <w:rFonts w:ascii="Times New Roman" w:hAnsi="Times New Roman" w:cs="Times New Roman"/>
                <w:sz w:val="22"/>
                <w:szCs w:val="40"/>
              </w:rPr>
              <w:t>• Cursa pentru mirodenii. Marile descoperiri geografice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C9E018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4241A">
              <w:rPr>
                <w:rFonts w:ascii="Times New Roman" w:hAnsi="Times New Roman" w:cs="Times New Roman"/>
                <w:bCs/>
                <w:sz w:val="22"/>
                <w:szCs w:val="36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A6C6CC" w14:textId="77777777" w:rsidR="00543208" w:rsidRPr="0024241A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24241A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28  12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-16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253DEC" w14:textId="77777777" w:rsidR="00543208" w:rsidRDefault="00543208">
            <w:pPr>
              <w:jc w:val="center"/>
            </w:pPr>
          </w:p>
        </w:tc>
      </w:tr>
      <w:tr w:rsidR="00543208" w14:paraId="11C8AFB5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FEE08E" w14:textId="77777777" w:rsidR="00543208" w:rsidRDefault="00000000">
            <w:pPr>
              <w:jc w:val="center"/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Activități extrașcolare și extracurriculare</w:t>
            </w:r>
            <w:r w:rsidRPr="00B26D00">
              <w:rPr>
                <w:b/>
                <w:sz w:val="12"/>
                <w:szCs w:val="20"/>
              </w:rPr>
              <w:br/>
            </w: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SĂPTĂMÂNĂ VERDE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F9A983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29  19</w:t>
            </w:r>
            <w:proofErr w:type="gramEnd"/>
            <w:r w:rsidRPr="00B26D00">
              <w:rPr>
                <w:rFonts w:ascii="Times New Roman" w:hAnsi="Times New Roman" w:cs="Times New Roman"/>
                <w:b/>
                <w:sz w:val="24"/>
                <w:szCs w:val="40"/>
                <w:vertAlign w:val="subscript"/>
              </w:rPr>
              <w:t>-23 IV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E8DF3B" w14:textId="77777777" w:rsidR="00543208" w:rsidRDefault="00543208"/>
        </w:tc>
      </w:tr>
      <w:tr w:rsidR="00543208" w14:paraId="10F48A82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095AFD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Vacanță - 24 aprilie - 4 mai 2027</w:t>
            </w:r>
          </w:p>
        </w:tc>
      </w:tr>
    </w:tbl>
    <w:p w14:paraId="0D245457" w14:textId="21FD24CF" w:rsidR="00543208" w:rsidRDefault="00000000" w:rsidP="00B26D00">
      <w:pPr>
        <w:jc w:val="center"/>
        <w:rPr>
          <w:rFonts w:ascii="Times New Roman" w:hAnsi="Times New Roman" w:cs="Times New Roman"/>
          <w:b/>
          <w:sz w:val="24"/>
          <w:szCs w:val="36"/>
        </w:rPr>
      </w:pPr>
      <w:r>
        <w:br w:type="page"/>
      </w:r>
      <w:r w:rsidRPr="00B26D00">
        <w:rPr>
          <w:rFonts w:ascii="Times New Roman" w:hAnsi="Times New Roman" w:cs="Times New Roman"/>
          <w:b/>
          <w:sz w:val="24"/>
          <w:szCs w:val="36"/>
          <w:highlight w:val="yellow"/>
        </w:rPr>
        <w:lastRenderedPageBreak/>
        <w:t xml:space="preserve">MODULUL AL V-LEA - 7 </w:t>
      </w:r>
      <w:proofErr w:type="spellStart"/>
      <w:r w:rsidRPr="00B26D00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6B064878" w14:textId="77777777" w:rsidR="00B26D00" w:rsidRPr="00B26D00" w:rsidRDefault="00B26D00" w:rsidP="00B26D00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543208" w14:paraId="713C2549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C45084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51B9AA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4C5CD7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9272C8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4A31D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67782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7A131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B26D00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543208" w14:paraId="0A0177BC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6F54F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6.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1C1DF0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b/>
                <w:sz w:val="22"/>
                <w:szCs w:val="36"/>
              </w:rPr>
              <w:t>Lumea în mișcare. Tranziția spre Modernitate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B56A95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1.1.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Utilizarea reperelor de timp și spațiu în relatarea evenimentelor și proceselor istorice din epocile studiate.</w:t>
            </w:r>
          </w:p>
          <w:p w14:paraId="28C6D3A3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1.2.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Explicarea relației cauză-efect într-o succesiune de evenimente și procese istorice.</w:t>
            </w:r>
          </w:p>
          <w:p w14:paraId="6EB1D147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2.1.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Recunoașterea tipurilor de surse istorice pentru a le valorifica în diverse contexte de viață.</w:t>
            </w:r>
          </w:p>
          <w:p w14:paraId="36B6926B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2.2.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Extragerea informațiilor din surse diferite pe baza unor repere istorice.</w:t>
            </w:r>
          </w:p>
          <w:p w14:paraId="151BF601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3.1.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Descrierea evoluției formelor de organizare politică în epoci istorice diferite.</w:t>
            </w:r>
          </w:p>
          <w:p w14:paraId="6CB943C0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3.2.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Recunoașterea elementelor civice și culturale care contribuie la identitatea Europei contemporane.</w:t>
            </w:r>
          </w:p>
          <w:p w14:paraId="1A691038" w14:textId="77777777" w:rsidR="00543208" w:rsidRPr="00B26D00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B26D00">
              <w:rPr>
                <w:rFonts w:ascii="Times New Roman" w:hAnsi="Times New Roman" w:cs="Times New Roman"/>
                <w:b/>
                <w:bCs/>
                <w:sz w:val="22"/>
              </w:rPr>
              <w:t>4.1.</w:t>
            </w:r>
            <w:r w:rsidRPr="00B26D00">
              <w:rPr>
                <w:rFonts w:ascii="Times New Roman" w:hAnsi="Times New Roman" w:cs="Times New Roman"/>
                <w:sz w:val="22"/>
              </w:rPr>
              <w:t xml:space="preserve"> Selectarea surselor necesare pentru prezentarea unui eveniment și/sau proces istoric.</w:t>
            </w:r>
          </w:p>
          <w:p w14:paraId="4B9FE45F" w14:textId="77777777" w:rsidR="00543208" w:rsidRDefault="00000000">
            <w:r w:rsidRPr="00B26D00">
              <w:rPr>
                <w:rFonts w:ascii="Times New Roman" w:hAnsi="Times New Roman" w:cs="Times New Roman"/>
                <w:sz w:val="22"/>
              </w:rPr>
              <w:t>4.2. Organizarea informațiilor din mai multe surse pentru realizarea unui proiect.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08FAE9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Marile descoperiri geografice: circuitul comercial transatlantic și imperiile coloniale</w:t>
            </w:r>
          </w:p>
          <w:p w14:paraId="19C90A5D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Omul - măsura tuturor lucrurilor. Umanismul și Renașterea</w:t>
            </w:r>
          </w:p>
          <w:p w14:paraId="509F5E83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Studiu de caz: Florența și familia Medici</w:t>
            </w:r>
          </w:p>
          <w:p w14:paraId="0CF9A16F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Reforma religioasă și impactul ei asupra Europei</w:t>
            </w:r>
          </w:p>
          <w:p w14:paraId="5FB2CAA2" w14:textId="780B9C40" w:rsidR="00543208" w:rsidRDefault="00000000">
            <w:pPr>
              <w:rPr>
                <w:rFonts w:ascii="Times New Roman" w:hAnsi="Times New Roman" w:cs="Times New Roman"/>
                <w:sz w:val="2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 xml:space="preserve">• «Statul sunt </w:t>
            </w:r>
            <w:proofErr w:type="gramStart"/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Eu!»</w:t>
            </w:r>
            <w:proofErr w:type="gramEnd"/>
            <w:r w:rsidRPr="00B26D00">
              <w:rPr>
                <w:rFonts w:ascii="Times New Roman" w:hAnsi="Times New Roman" w:cs="Times New Roman"/>
                <w:sz w:val="22"/>
                <w:szCs w:val="40"/>
              </w:rPr>
              <w:t xml:space="preserve"> </w:t>
            </w:r>
            <w:proofErr w:type="spellStart"/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Absolutismul</w:t>
            </w:r>
            <w:proofErr w:type="spellEnd"/>
            <w:r w:rsidRPr="00B26D00">
              <w:rPr>
                <w:rFonts w:ascii="Times New Roman" w:hAnsi="Times New Roman" w:cs="Times New Roman"/>
                <w:sz w:val="22"/>
                <w:szCs w:val="40"/>
              </w:rPr>
              <w:t xml:space="preserve"> </w:t>
            </w:r>
            <w:r w:rsidR="00102F44">
              <w:rPr>
                <w:rFonts w:ascii="Times New Roman" w:hAnsi="Times New Roman" w:cs="Times New Roman"/>
                <w:sz w:val="22"/>
                <w:szCs w:val="40"/>
              </w:rPr>
              <w:t>monarchic</w:t>
            </w:r>
          </w:p>
          <w:p w14:paraId="6E9D1EDA" w14:textId="77777777" w:rsidR="00102F44" w:rsidRPr="00B26D00" w:rsidRDefault="00102F44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14:paraId="6914823D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>• Consolidare și aprofundare</w:t>
            </w:r>
          </w:p>
          <w:p w14:paraId="52D552BF" w14:textId="77777777" w:rsidR="00543208" w:rsidRPr="00B26D00" w:rsidRDefault="0000000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B26D00">
              <w:rPr>
                <w:rFonts w:ascii="Times New Roman" w:hAnsi="Times New Roman" w:cs="Times New Roman"/>
                <w:sz w:val="22"/>
                <w:szCs w:val="40"/>
              </w:rPr>
              <w:t xml:space="preserve">• </w:t>
            </w:r>
            <w:r w:rsidRPr="00102F44">
              <w:rPr>
                <w:rFonts w:ascii="Times New Roman" w:hAnsi="Times New Roman" w:cs="Times New Roman"/>
                <w:sz w:val="22"/>
                <w:szCs w:val="40"/>
                <w:highlight w:val="cyan"/>
              </w:rPr>
              <w:t>Recapitulare și evaluare finală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9A3F23" w14:textId="77777777" w:rsidR="00543208" w:rsidRDefault="00B26D00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 w:rsidRPr="00B26D00">
              <w:rPr>
                <w:rFonts w:ascii="Times New Roman" w:hAnsi="Times New Roman" w:cs="Times New Roman"/>
                <w:bCs/>
                <w:sz w:val="22"/>
                <w:szCs w:val="36"/>
              </w:rPr>
              <w:t>10</w:t>
            </w:r>
          </w:p>
          <w:p w14:paraId="5CD45B80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59C72FD7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9832BFD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483B5D6E" w14:textId="77777777" w:rsidR="00543208" w:rsidRDefault="00543208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619801B7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1010FA77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2C102400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35A76A47" w14:textId="77777777" w:rsidR="00102F44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</w:p>
          <w:p w14:paraId="3C157763" w14:textId="0241E97F" w:rsidR="00543208" w:rsidRDefault="00102F44">
            <w:pPr>
              <w:jc w:val="center"/>
              <w:rPr>
                <w:rFonts w:ascii="Times New Roman" w:hAnsi="Times New Roman" w:cs="Times New Roman"/>
                <w:bCs/>
                <w:sz w:val="22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36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DE786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30  05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-07 V</w:t>
            </w:r>
          </w:p>
          <w:p w14:paraId="61BE978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31  10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-14 V</w:t>
            </w:r>
          </w:p>
          <w:p w14:paraId="67C917FF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32  17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-21 V</w:t>
            </w:r>
          </w:p>
          <w:p w14:paraId="28AA83AE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33  24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-28 V</w:t>
            </w:r>
          </w:p>
          <w:p w14:paraId="308A6F39" w14:textId="77777777" w:rsidR="00543208" w:rsidRDefault="00000000">
            <w:pPr>
              <w:jc w:val="center"/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34  31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 xml:space="preserve"> V-04 VI</w:t>
            </w:r>
          </w:p>
          <w:p w14:paraId="00A5E957" w14:textId="77777777" w:rsidR="00B26D00" w:rsidRDefault="00B26D00">
            <w:pPr>
              <w:jc w:val="center"/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</w:pPr>
          </w:p>
          <w:p w14:paraId="1B5ED5B4" w14:textId="77777777" w:rsidR="00B26D00" w:rsidRPr="00B26D00" w:rsidRDefault="00B26D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</w:p>
          <w:p w14:paraId="49D99C59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36"/>
                <w:szCs w:val="44"/>
                <w:vertAlign w:val="subscript"/>
              </w:rPr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35  07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-11 VI</w:t>
            </w:r>
          </w:p>
          <w:p w14:paraId="3C4FD67A" w14:textId="77777777" w:rsidR="00543208" w:rsidRDefault="00000000">
            <w:pPr>
              <w:jc w:val="center"/>
            </w:pPr>
            <w:r w:rsidRPr="00B26D00">
              <w:rPr>
                <w:rFonts w:ascii="Times New Roman" w:hAnsi="Times New Roman" w:cs="Times New Roman"/>
                <w:sz w:val="24"/>
                <w:szCs w:val="44"/>
              </w:rPr>
              <w:t>S</w:t>
            </w:r>
            <w:proofErr w:type="gramStart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36  14</w:t>
            </w:r>
            <w:proofErr w:type="gramEnd"/>
            <w:r w:rsidRPr="00B26D00">
              <w:rPr>
                <w:rFonts w:ascii="Times New Roman" w:hAnsi="Times New Roman" w:cs="Times New Roman"/>
                <w:sz w:val="24"/>
                <w:szCs w:val="44"/>
                <w:vertAlign w:val="subscript"/>
              </w:rPr>
              <w:t>-18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E3DF7C" w14:textId="77777777" w:rsidR="00543208" w:rsidRPr="00B26D00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26D00">
              <w:rPr>
                <w:rFonts w:ascii="Times New Roman" w:hAnsi="Times New Roman" w:cs="Times New Roman"/>
                <w:sz w:val="20"/>
                <w:szCs w:val="36"/>
              </w:rPr>
              <w:t>*1 iunie - zi liberă</w:t>
            </w:r>
          </w:p>
        </w:tc>
      </w:tr>
      <w:tr w:rsidR="00543208" w14:paraId="42DCD294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5B190C" w14:textId="2E5114D5" w:rsidR="00543208" w:rsidRPr="00B26D00" w:rsidRDefault="00000000">
            <w:pPr>
              <w:jc w:val="center"/>
              <w:rPr>
                <w:rFonts w:ascii="Times New Roman" w:hAnsi="Times New Roman" w:cs="Times New Roman"/>
                <w:sz w:val="24"/>
                <w:szCs w:val="40"/>
              </w:rPr>
            </w:pPr>
            <w:proofErr w:type="spellStart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Vacanță</w:t>
            </w:r>
            <w:proofErr w:type="spellEnd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de </w:t>
            </w:r>
            <w:proofErr w:type="spellStart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var</w:t>
            </w:r>
            <w:r w:rsidR="00B26D00">
              <w:rPr>
                <w:rFonts w:ascii="Times New Roman" w:hAnsi="Times New Roman" w:cs="Times New Roman"/>
                <w:b/>
                <w:sz w:val="24"/>
                <w:szCs w:val="40"/>
              </w:rPr>
              <w:t>ă</w:t>
            </w:r>
            <w:proofErr w:type="spellEnd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- </w:t>
            </w:r>
            <w:proofErr w:type="spellStart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începând</w:t>
            </w:r>
            <w:proofErr w:type="spellEnd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cu 19 </w:t>
            </w:r>
            <w:proofErr w:type="spellStart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>iunie</w:t>
            </w:r>
            <w:proofErr w:type="spellEnd"/>
            <w:r w:rsidRPr="00B26D00">
              <w:rPr>
                <w:rFonts w:ascii="Times New Roman" w:hAnsi="Times New Roman" w:cs="Times New Roman"/>
                <w:b/>
                <w:sz w:val="24"/>
                <w:szCs w:val="40"/>
              </w:rPr>
              <w:t xml:space="preserve"> 2027</w:t>
            </w:r>
          </w:p>
        </w:tc>
      </w:tr>
    </w:tbl>
    <w:p w14:paraId="2C873CED" w14:textId="77777777" w:rsidR="00873F95" w:rsidRDefault="00873F95"/>
    <w:sectPr w:rsidR="00873F95" w:rsidSect="00034616">
      <w:footerReference w:type="default" r:id="rId8"/>
      <w:pgSz w:w="16838" w:h="11906" w:orient="landscape"/>
      <w:pgMar w:top="567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C0062" w14:textId="77777777" w:rsidR="007E5A6B" w:rsidRDefault="007E5A6B">
      <w:pPr>
        <w:spacing w:after="0" w:line="240" w:lineRule="auto"/>
      </w:pPr>
      <w:r>
        <w:separator/>
      </w:r>
    </w:p>
  </w:endnote>
  <w:endnote w:type="continuationSeparator" w:id="0">
    <w:p w14:paraId="634AA4F2" w14:textId="77777777" w:rsidR="007E5A6B" w:rsidRDefault="007E5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CEAA" w14:textId="77777777" w:rsidR="00543208" w:rsidRDefault="00000000">
    <w:pPr>
      <w:pStyle w:val="Footer"/>
      <w:tabs>
        <w:tab w:val="left" w:pos="14457"/>
      </w:tabs>
    </w:pPr>
    <w:r>
      <w:rPr>
        <w:sz w:val="14"/>
      </w:rPr>
      <w:t>www.materialedeistorie.com</w:t>
    </w:r>
    <w:r>
      <w:tab/>
      <w:t xml:space="preserve">Pagina </w:t>
    </w:r>
    <w:r>
      <w:fldChar w:fldCharType="begin"/>
    </w:r>
    <w:r>
      <w:instrText>PAGE</w:instrText>
    </w:r>
    <w:r>
      <w:fldChar w:fldCharType="separate"/>
    </w:r>
    <w:r w:rsidR="00D464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24704" w14:textId="77777777" w:rsidR="007E5A6B" w:rsidRDefault="007E5A6B">
      <w:pPr>
        <w:spacing w:after="0" w:line="240" w:lineRule="auto"/>
      </w:pPr>
      <w:r>
        <w:separator/>
      </w:r>
    </w:p>
  </w:footnote>
  <w:footnote w:type="continuationSeparator" w:id="0">
    <w:p w14:paraId="561EE4E2" w14:textId="77777777" w:rsidR="007E5A6B" w:rsidRDefault="007E5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055113">
    <w:abstractNumId w:val="8"/>
  </w:num>
  <w:num w:numId="2" w16cid:durableId="1877498181">
    <w:abstractNumId w:val="6"/>
  </w:num>
  <w:num w:numId="3" w16cid:durableId="1972206629">
    <w:abstractNumId w:val="5"/>
  </w:num>
  <w:num w:numId="4" w16cid:durableId="1560480677">
    <w:abstractNumId w:val="4"/>
  </w:num>
  <w:num w:numId="5" w16cid:durableId="1806896656">
    <w:abstractNumId w:val="7"/>
  </w:num>
  <w:num w:numId="6" w16cid:durableId="2095735210">
    <w:abstractNumId w:val="3"/>
  </w:num>
  <w:num w:numId="7" w16cid:durableId="1397320620">
    <w:abstractNumId w:val="2"/>
  </w:num>
  <w:num w:numId="8" w16cid:durableId="770199605">
    <w:abstractNumId w:val="1"/>
  </w:num>
  <w:num w:numId="9" w16cid:durableId="36840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F44"/>
    <w:rsid w:val="0015074B"/>
    <w:rsid w:val="0024241A"/>
    <w:rsid w:val="0029639D"/>
    <w:rsid w:val="00326F90"/>
    <w:rsid w:val="00336095"/>
    <w:rsid w:val="00412AFF"/>
    <w:rsid w:val="00543208"/>
    <w:rsid w:val="007A621B"/>
    <w:rsid w:val="007E5A6B"/>
    <w:rsid w:val="0084717C"/>
    <w:rsid w:val="00873F95"/>
    <w:rsid w:val="00891391"/>
    <w:rsid w:val="00900AEC"/>
    <w:rsid w:val="009C7643"/>
    <w:rsid w:val="00AA1D8D"/>
    <w:rsid w:val="00B26D00"/>
    <w:rsid w:val="00B47730"/>
    <w:rsid w:val="00CB0664"/>
    <w:rsid w:val="00D464A2"/>
    <w:rsid w:val="00F75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9F8C4"/>
  <w14:defaultImageDpi w14:val="300"/>
  <w15:docId w15:val="{C695EA1F-BC74-437A-A10C-36BDFB9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Andries</cp:lastModifiedBy>
  <cp:revision>7</cp:revision>
  <dcterms:created xsi:type="dcterms:W3CDTF">2013-12-23T23:15:00Z</dcterms:created>
  <dcterms:modified xsi:type="dcterms:W3CDTF">2026-09-20T07:47:00Z</dcterms:modified>
  <cp:category/>
</cp:coreProperties>
</file>