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9D12A" w14:textId="77777777" w:rsidR="00543208" w:rsidRPr="00D464A2" w:rsidRDefault="00000000" w:rsidP="00D464A2">
      <w:pPr>
        <w:spacing w:after="280"/>
        <w:jc w:val="right"/>
        <w:rPr>
          <w:rFonts w:ascii="Times New Roman" w:hAnsi="Times New Roman" w:cs="Times New Roman"/>
          <w:sz w:val="20"/>
          <w:szCs w:val="24"/>
        </w:rPr>
      </w:pPr>
      <w:r w:rsidRPr="00D464A2">
        <w:rPr>
          <w:rFonts w:ascii="Times New Roman" w:hAnsi="Times New Roman" w:cs="Times New Roman"/>
          <w:color w:val="1155CC"/>
          <w:sz w:val="20"/>
          <w:szCs w:val="24"/>
          <w:u w:val="single"/>
        </w:rPr>
        <w:t>materialedeistorie.com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0"/>
        <w:gridCol w:w="7370"/>
      </w:tblGrid>
      <w:tr w:rsidR="00543208" w:rsidRPr="00D464A2" w14:paraId="458FF9C7" w14:textId="77777777">
        <w:trPr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82A225C" w14:textId="77777777" w:rsidR="00543208" w:rsidRPr="00D464A2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64A2">
              <w:rPr>
                <w:rFonts w:ascii="Times New Roman" w:hAnsi="Times New Roman" w:cs="Times New Roman"/>
                <w:sz w:val="22"/>
                <w:szCs w:val="32"/>
              </w:rPr>
              <w:t>Unitatea școlară:</w:t>
            </w:r>
            <w:r w:rsidRPr="00D464A2">
              <w:rPr>
                <w:rFonts w:ascii="Times New Roman" w:hAnsi="Times New Roman" w:cs="Times New Roman"/>
                <w:sz w:val="22"/>
                <w:szCs w:val="32"/>
              </w:rPr>
              <w:br/>
              <w:t>Aria curriculară: Om și societate</w:t>
            </w:r>
            <w:r w:rsidRPr="00D464A2">
              <w:rPr>
                <w:rFonts w:ascii="Times New Roman" w:hAnsi="Times New Roman" w:cs="Times New Roman"/>
                <w:sz w:val="22"/>
                <w:szCs w:val="32"/>
              </w:rPr>
              <w:br/>
              <w:t>Profesor: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374DEB0" w14:textId="77777777" w:rsidR="00543208" w:rsidRPr="00D464A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464A2">
              <w:rPr>
                <w:rFonts w:ascii="Times New Roman" w:hAnsi="Times New Roman" w:cs="Times New Roman"/>
                <w:b/>
                <w:sz w:val="20"/>
                <w:szCs w:val="28"/>
              </w:rPr>
              <w:t>Aviz Director,</w:t>
            </w:r>
          </w:p>
        </w:tc>
      </w:tr>
      <w:tr w:rsidR="00543208" w:rsidRPr="00D464A2" w14:paraId="5645C8D9" w14:textId="77777777">
        <w:trPr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F6E1A17" w14:textId="77777777" w:rsidR="00543208" w:rsidRDefault="00543208"/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DEBB32D" w14:textId="77777777" w:rsidR="00543208" w:rsidRPr="00D464A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464A2">
              <w:rPr>
                <w:rFonts w:ascii="Times New Roman" w:hAnsi="Times New Roman" w:cs="Times New Roman"/>
                <w:b/>
                <w:sz w:val="20"/>
                <w:szCs w:val="28"/>
              </w:rPr>
              <w:t>Aviz</w:t>
            </w:r>
            <w:r w:rsidRPr="00D464A2">
              <w:rPr>
                <w:rFonts w:ascii="Times New Roman" w:hAnsi="Times New Roman" w:cs="Times New Roman"/>
                <w:b/>
                <w:sz w:val="20"/>
                <w:szCs w:val="28"/>
              </w:rPr>
              <w:br/>
              <w:t>Responsabil Arie curriculară</w:t>
            </w:r>
          </w:p>
        </w:tc>
      </w:tr>
    </w:tbl>
    <w:p w14:paraId="4E36FE47" w14:textId="77777777" w:rsidR="00543208" w:rsidRDefault="00543208"/>
    <w:p w14:paraId="2EC5D4A4" w14:textId="77777777" w:rsidR="00543208" w:rsidRDefault="00543208"/>
    <w:p w14:paraId="767B722A" w14:textId="77777777" w:rsidR="00543208" w:rsidRDefault="00543208"/>
    <w:p w14:paraId="78D7A63F" w14:textId="77777777" w:rsidR="00543208" w:rsidRDefault="00543208"/>
    <w:p w14:paraId="0411BBCC" w14:textId="77777777" w:rsidR="00543208" w:rsidRPr="00D464A2" w:rsidRDefault="00000000">
      <w:pPr>
        <w:spacing w:after="80"/>
        <w:jc w:val="center"/>
        <w:rPr>
          <w:rFonts w:ascii="Times New Roman" w:hAnsi="Times New Roman" w:cs="Times New Roman"/>
        </w:rPr>
      </w:pPr>
      <w:r w:rsidRPr="00D464A2">
        <w:rPr>
          <w:rFonts w:ascii="Times New Roman" w:hAnsi="Times New Roman" w:cs="Times New Roman"/>
          <w:b/>
          <w:color w:val="000000"/>
          <w:sz w:val="32"/>
        </w:rPr>
        <w:t>PLANIFICARE CALENDARISTICĂ ANUALĂ 2026-2027</w:t>
      </w:r>
    </w:p>
    <w:p w14:paraId="375E2CCB" w14:textId="77777777" w:rsidR="00543208" w:rsidRPr="00D464A2" w:rsidRDefault="00000000">
      <w:pPr>
        <w:jc w:val="center"/>
        <w:rPr>
          <w:rFonts w:ascii="Times New Roman" w:hAnsi="Times New Roman" w:cs="Times New Roman"/>
        </w:rPr>
      </w:pPr>
      <w:r w:rsidRPr="00D464A2">
        <w:rPr>
          <w:rFonts w:ascii="Times New Roman" w:hAnsi="Times New Roman" w:cs="Times New Roman"/>
          <w:b/>
          <w:sz w:val="28"/>
        </w:rPr>
        <w:t>DISCIPLINA ISTORIE - CLASA A IX-A</w:t>
      </w:r>
    </w:p>
    <w:p w14:paraId="32E93D9D" w14:textId="77777777" w:rsidR="00543208" w:rsidRPr="00D464A2" w:rsidRDefault="00000000">
      <w:pPr>
        <w:jc w:val="center"/>
        <w:rPr>
          <w:rFonts w:ascii="Times New Roman" w:hAnsi="Times New Roman" w:cs="Times New Roman"/>
        </w:rPr>
      </w:pPr>
      <w:r w:rsidRPr="00D464A2">
        <w:rPr>
          <w:rFonts w:ascii="Times New Roman" w:hAnsi="Times New Roman" w:cs="Times New Roman"/>
          <w:b/>
          <w:sz w:val="24"/>
        </w:rPr>
        <w:t>TRUNCHI COMUN - 1 ORĂ PE SĂPTĂMÂNĂ</w:t>
      </w:r>
    </w:p>
    <w:p w14:paraId="38ED9005" w14:textId="77777777" w:rsidR="00543208" w:rsidRPr="00D464A2" w:rsidRDefault="00000000">
      <w:pPr>
        <w:spacing w:before="200"/>
        <w:jc w:val="center"/>
        <w:rPr>
          <w:rFonts w:ascii="Times New Roman" w:hAnsi="Times New Roman" w:cs="Times New Roman"/>
        </w:rPr>
      </w:pPr>
      <w:r w:rsidRPr="00D464A2">
        <w:rPr>
          <w:rFonts w:ascii="Times New Roman" w:hAnsi="Times New Roman" w:cs="Times New Roman"/>
        </w:rPr>
        <w:t>Filiera teoretică - profilul real | Filiera tehnologică | Filiera vocațională</w:t>
      </w:r>
    </w:p>
    <w:p w14:paraId="0CBADD72" w14:textId="77777777" w:rsidR="00543208" w:rsidRPr="00D464A2" w:rsidRDefault="00000000">
      <w:pPr>
        <w:jc w:val="center"/>
        <w:rPr>
          <w:rFonts w:ascii="Times New Roman" w:hAnsi="Times New Roman" w:cs="Times New Roman"/>
        </w:rPr>
      </w:pPr>
      <w:r w:rsidRPr="00D464A2">
        <w:rPr>
          <w:rFonts w:ascii="Times New Roman" w:hAnsi="Times New Roman" w:cs="Times New Roman"/>
          <w:i/>
          <w:sz w:val="16"/>
        </w:rPr>
        <w:t>Conform programei școlare pentru Istorie. Istorie universală, clasa a IX-a, trunchi comun</w:t>
      </w:r>
    </w:p>
    <w:p w14:paraId="77CE18C8" w14:textId="77777777" w:rsidR="00543208" w:rsidRDefault="00000000">
      <w:r>
        <w:br w:type="page"/>
      </w:r>
    </w:p>
    <w:p w14:paraId="38999D9A" w14:textId="77777777" w:rsidR="00543208" w:rsidRPr="00D464A2" w:rsidRDefault="00000000">
      <w:pPr>
        <w:spacing w:after="80"/>
        <w:jc w:val="center"/>
        <w:rPr>
          <w:rFonts w:ascii="Times New Roman" w:hAnsi="Times New Roman" w:cs="Times New Roman"/>
          <w:sz w:val="28"/>
          <w:szCs w:val="28"/>
        </w:rPr>
      </w:pPr>
      <w:r w:rsidRPr="00D464A2">
        <w:rPr>
          <w:rFonts w:ascii="Times New Roman" w:hAnsi="Times New Roman" w:cs="Times New Roman"/>
          <w:b/>
          <w:sz w:val="28"/>
          <w:szCs w:val="28"/>
        </w:rPr>
        <w:lastRenderedPageBreak/>
        <w:t>PLANIFICARE CALENDARISTICĂ ANUALĂ</w:t>
      </w:r>
      <w:r w:rsidRPr="00D464A2">
        <w:rPr>
          <w:rFonts w:ascii="Times New Roman" w:hAnsi="Times New Roman" w:cs="Times New Roman"/>
          <w:b/>
          <w:sz w:val="28"/>
          <w:szCs w:val="28"/>
        </w:rPr>
        <w:br/>
      </w:r>
      <w:r w:rsidRPr="00D464A2">
        <w:rPr>
          <w:rFonts w:ascii="Times New Roman" w:hAnsi="Times New Roman" w:cs="Times New Roman"/>
          <w:b/>
          <w:sz w:val="24"/>
          <w:szCs w:val="24"/>
          <w:highlight w:val="yellow"/>
        </w:rPr>
        <w:t>MODULUL I - 7 săptămâni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013"/>
        <w:gridCol w:w="4479"/>
        <w:gridCol w:w="4082"/>
        <w:gridCol w:w="595"/>
        <w:gridCol w:w="1502"/>
        <w:gridCol w:w="1332"/>
      </w:tblGrid>
      <w:tr w:rsidR="00543208" w14:paraId="0611CC68" w14:textId="77777777">
        <w:trPr>
          <w:cantSplit/>
          <w:tblHeader/>
          <w:jc w:val="center"/>
        </w:trPr>
        <w:tc>
          <w:tcPr>
            <w:tcW w:w="42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83FFAFA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crt.</w:t>
            </w:r>
          </w:p>
        </w:tc>
        <w:tc>
          <w:tcPr>
            <w:tcW w:w="2013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98C4773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Unitatea de învățare</w:t>
            </w:r>
          </w:p>
        </w:tc>
        <w:tc>
          <w:tcPr>
            <w:tcW w:w="4479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59DDFB8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Competențe specifice</w:t>
            </w:r>
          </w:p>
        </w:tc>
        <w:tc>
          <w:tcPr>
            <w:tcW w:w="408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49C60A0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Conținuturi</w:t>
            </w:r>
          </w:p>
        </w:tc>
        <w:tc>
          <w:tcPr>
            <w:tcW w:w="59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E33983D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ore</w:t>
            </w:r>
          </w:p>
        </w:tc>
        <w:tc>
          <w:tcPr>
            <w:tcW w:w="150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C644C41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Săptămâna</w:t>
            </w:r>
          </w:p>
        </w:tc>
        <w:tc>
          <w:tcPr>
            <w:tcW w:w="133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ECE2943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Obs.</w:t>
            </w:r>
          </w:p>
        </w:tc>
      </w:tr>
      <w:tr w:rsidR="00543208" w14:paraId="5B91B3A9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3DB55D2" w14:textId="77777777" w:rsidR="00543208" w:rsidRPr="00D464A2" w:rsidRDefault="00543208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078414A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D464A2">
              <w:rPr>
                <w:rFonts w:ascii="Times New Roman" w:hAnsi="Times New Roman" w:cs="Times New Roman"/>
                <w:bCs/>
                <w:sz w:val="22"/>
              </w:rPr>
              <w:t>Evaluare inițială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06D9237" w14:textId="77777777" w:rsidR="00543208" w:rsidRDefault="00543208"/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68F3C1E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sz w:val="22"/>
              </w:rPr>
              <w:t>• Test predictiv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0023992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D464A2">
              <w:rPr>
                <w:rFonts w:ascii="Times New Roman" w:hAnsi="Times New Roman" w:cs="Times New Roman"/>
                <w:bCs/>
                <w:sz w:val="22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0675462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4A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D464A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  07-11 IX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71CEBDF" w14:textId="77777777" w:rsidR="00543208" w:rsidRDefault="00543208">
            <w:pPr>
              <w:jc w:val="center"/>
            </w:pPr>
          </w:p>
        </w:tc>
      </w:tr>
      <w:tr w:rsidR="00543208" w14:paraId="33051F1A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FA63893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b/>
                <w:sz w:val="22"/>
              </w:rPr>
              <w:t>1.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6D56BF8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D464A2">
              <w:rPr>
                <w:rFonts w:ascii="Times New Roman" w:hAnsi="Times New Roman" w:cs="Times New Roman"/>
                <w:b/>
                <w:sz w:val="22"/>
              </w:rPr>
              <w:t>Laboratorul istoriei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49BD9A4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b/>
                <w:bCs/>
                <w:sz w:val="22"/>
              </w:rPr>
              <w:t>1.1.</w:t>
            </w:r>
            <w:r w:rsidRPr="00D464A2">
              <w:rPr>
                <w:rFonts w:ascii="Times New Roman" w:hAnsi="Times New Roman" w:cs="Times New Roman"/>
                <w:sz w:val="22"/>
              </w:rPr>
              <w:t xml:space="preserve"> Utilizarea reperelor de timp și spațiu în relatarea evenimentelor și proceselor istorice din epocile studiate.</w:t>
            </w:r>
          </w:p>
          <w:p w14:paraId="49F94C88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b/>
                <w:bCs/>
                <w:sz w:val="22"/>
              </w:rPr>
              <w:t>2.1.</w:t>
            </w:r>
            <w:r w:rsidRPr="00D464A2">
              <w:rPr>
                <w:rFonts w:ascii="Times New Roman" w:hAnsi="Times New Roman" w:cs="Times New Roman"/>
                <w:sz w:val="22"/>
              </w:rPr>
              <w:t xml:space="preserve"> Recunoașterea tipurilor de surse istorice pentru a le valorifica în diverse contexte de viață.</w:t>
            </w:r>
          </w:p>
          <w:p w14:paraId="7BF9E315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b/>
                <w:bCs/>
                <w:sz w:val="22"/>
              </w:rPr>
              <w:t>2.2.</w:t>
            </w:r>
            <w:r w:rsidRPr="00D464A2">
              <w:rPr>
                <w:rFonts w:ascii="Times New Roman" w:hAnsi="Times New Roman" w:cs="Times New Roman"/>
                <w:sz w:val="22"/>
              </w:rPr>
              <w:t xml:space="preserve"> Extragerea informațiilor din surse diferite pe baza unor repere istorice.</w:t>
            </w:r>
          </w:p>
          <w:p w14:paraId="3C898920" w14:textId="77777777" w:rsidR="00543208" w:rsidRDefault="00000000">
            <w:r w:rsidRPr="00D464A2">
              <w:rPr>
                <w:rFonts w:ascii="Times New Roman" w:hAnsi="Times New Roman" w:cs="Times New Roman"/>
                <w:b/>
                <w:bCs/>
                <w:sz w:val="22"/>
              </w:rPr>
              <w:t>4.1.</w:t>
            </w:r>
            <w:r w:rsidRPr="00D464A2">
              <w:rPr>
                <w:rFonts w:ascii="Times New Roman" w:hAnsi="Times New Roman" w:cs="Times New Roman"/>
                <w:sz w:val="22"/>
              </w:rPr>
              <w:t xml:space="preserve"> Selectarea surselor necesare pentru prezentarea unui eveniment și/sau proces istoric.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35E6B11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sz w:val="13"/>
              </w:rPr>
              <w:t xml:space="preserve">• </w:t>
            </w:r>
            <w:r w:rsidRPr="00D464A2">
              <w:rPr>
                <w:rFonts w:ascii="Times New Roman" w:hAnsi="Times New Roman" w:cs="Times New Roman"/>
                <w:sz w:val="22"/>
              </w:rPr>
              <w:t>Timp, spațiu istoric, concepte</w:t>
            </w:r>
          </w:p>
          <w:p w14:paraId="583E27DE" w14:textId="77777777" w:rsidR="00543208" w:rsidRDefault="00000000">
            <w:r w:rsidRPr="00D464A2">
              <w:rPr>
                <w:rFonts w:ascii="Times New Roman" w:hAnsi="Times New Roman" w:cs="Times New Roman"/>
                <w:sz w:val="22"/>
              </w:rPr>
              <w:t>• Surse istorice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38C4E6E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D464A2">
              <w:rPr>
                <w:rFonts w:ascii="Times New Roman" w:hAnsi="Times New Roman" w:cs="Times New Roman"/>
                <w:bCs/>
                <w:sz w:val="22"/>
              </w:rPr>
              <w:t>2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8A9C98D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D464A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D464A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  14-18 IX</w:t>
            </w:r>
          </w:p>
          <w:p w14:paraId="2FC2FB73" w14:textId="77777777" w:rsidR="00D464A2" w:rsidRPr="00D464A2" w:rsidRDefault="00D46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5D5CD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4A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D464A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  21-25 IX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908006D" w14:textId="77777777" w:rsidR="00543208" w:rsidRDefault="00543208">
            <w:pPr>
              <w:jc w:val="center"/>
            </w:pPr>
          </w:p>
        </w:tc>
      </w:tr>
      <w:tr w:rsidR="00543208" w14:paraId="45D2943C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687098D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b/>
                <w:sz w:val="22"/>
              </w:rPr>
              <w:t>2.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5864FA5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b/>
                <w:sz w:val="22"/>
              </w:rPr>
              <w:t>Zorii civilizației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CAA5C95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b/>
                <w:bCs/>
                <w:sz w:val="22"/>
              </w:rPr>
              <w:t>1.1.</w:t>
            </w:r>
            <w:r w:rsidRPr="00D464A2">
              <w:rPr>
                <w:rFonts w:ascii="Times New Roman" w:hAnsi="Times New Roman" w:cs="Times New Roman"/>
                <w:sz w:val="22"/>
              </w:rPr>
              <w:t xml:space="preserve"> Utilizarea reperelor de timp și spațiu în relatarea evenimentelor și proceselor istorice din epocile studiate.</w:t>
            </w:r>
          </w:p>
          <w:p w14:paraId="5EAEB2B1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b/>
                <w:bCs/>
                <w:sz w:val="22"/>
              </w:rPr>
              <w:t>1.2.</w:t>
            </w:r>
            <w:r w:rsidRPr="00D464A2">
              <w:rPr>
                <w:rFonts w:ascii="Times New Roman" w:hAnsi="Times New Roman" w:cs="Times New Roman"/>
                <w:sz w:val="22"/>
              </w:rPr>
              <w:t xml:space="preserve"> Explicarea relației cauză-efect într-o succesiune de evenimente și procese istorice.</w:t>
            </w:r>
          </w:p>
          <w:p w14:paraId="6F0A2629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b/>
                <w:bCs/>
                <w:sz w:val="22"/>
              </w:rPr>
              <w:t>2.1.</w:t>
            </w:r>
            <w:r w:rsidRPr="00D464A2">
              <w:rPr>
                <w:rFonts w:ascii="Times New Roman" w:hAnsi="Times New Roman" w:cs="Times New Roman"/>
                <w:sz w:val="22"/>
              </w:rPr>
              <w:t xml:space="preserve"> Recunoașterea tipurilor de surse istorice pentru a le valorifica în diverse contexte de viață.</w:t>
            </w:r>
          </w:p>
          <w:p w14:paraId="7366E861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b/>
                <w:bCs/>
                <w:sz w:val="22"/>
              </w:rPr>
              <w:t>2.2.</w:t>
            </w:r>
            <w:r w:rsidRPr="00D464A2">
              <w:rPr>
                <w:rFonts w:ascii="Times New Roman" w:hAnsi="Times New Roman" w:cs="Times New Roman"/>
                <w:sz w:val="22"/>
              </w:rPr>
              <w:t xml:space="preserve"> Extragerea informațiilor din surse diferite pe baza unor repere istorice.</w:t>
            </w:r>
          </w:p>
          <w:p w14:paraId="4DEDCA3F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b/>
                <w:bCs/>
                <w:sz w:val="22"/>
              </w:rPr>
              <w:t>3.1.</w:t>
            </w:r>
            <w:r w:rsidRPr="00D464A2">
              <w:rPr>
                <w:rFonts w:ascii="Times New Roman" w:hAnsi="Times New Roman" w:cs="Times New Roman"/>
                <w:sz w:val="22"/>
              </w:rPr>
              <w:t xml:space="preserve"> Descrierea evoluției formelor de organizare politică în epoci istorice diferite.</w:t>
            </w:r>
          </w:p>
          <w:p w14:paraId="3674BA37" w14:textId="77777777" w:rsidR="00543208" w:rsidRDefault="00000000">
            <w:r w:rsidRPr="00D464A2">
              <w:rPr>
                <w:rFonts w:ascii="Times New Roman" w:hAnsi="Times New Roman" w:cs="Times New Roman"/>
                <w:b/>
                <w:bCs/>
                <w:sz w:val="22"/>
              </w:rPr>
              <w:t>3.2.</w:t>
            </w:r>
            <w:r w:rsidRPr="00D464A2">
              <w:rPr>
                <w:rFonts w:ascii="Times New Roman" w:hAnsi="Times New Roman" w:cs="Times New Roman"/>
                <w:sz w:val="22"/>
              </w:rPr>
              <w:t xml:space="preserve"> Recunoașterea elementelor civice și culturale care contribuie la identitatea Europei contemporane.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71895F7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sz w:val="22"/>
              </w:rPr>
              <w:t>• Repere ale Preistoriei</w:t>
            </w:r>
          </w:p>
          <w:p w14:paraId="453DF13B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sz w:val="22"/>
              </w:rPr>
              <w:t>• Mesopotamia și Egiptul Antic. Structuri politice, societate și economie</w:t>
            </w:r>
          </w:p>
          <w:p w14:paraId="745C4FBA" w14:textId="77777777" w:rsidR="00543208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sz w:val="22"/>
              </w:rPr>
              <w:t>• Cultura Orientului Antic</w:t>
            </w:r>
          </w:p>
          <w:p w14:paraId="7366E428" w14:textId="77777777" w:rsidR="007A621B" w:rsidRDefault="007A621B">
            <w:pPr>
              <w:rPr>
                <w:rFonts w:ascii="Times New Roman" w:hAnsi="Times New Roman" w:cs="Times New Roman"/>
                <w:sz w:val="22"/>
              </w:rPr>
            </w:pPr>
          </w:p>
          <w:p w14:paraId="7167620A" w14:textId="77777777" w:rsidR="007A621B" w:rsidRPr="00D464A2" w:rsidRDefault="007A621B">
            <w:pPr>
              <w:rPr>
                <w:rFonts w:ascii="Times New Roman" w:hAnsi="Times New Roman" w:cs="Times New Roman"/>
                <w:sz w:val="22"/>
              </w:rPr>
            </w:pPr>
          </w:p>
          <w:p w14:paraId="146B96F9" w14:textId="77777777" w:rsidR="00543208" w:rsidRDefault="00000000">
            <w:r w:rsidRPr="007A621B">
              <w:rPr>
                <w:rFonts w:ascii="Times New Roman" w:hAnsi="Times New Roman" w:cs="Times New Roman"/>
                <w:sz w:val="22"/>
                <w:highlight w:val="cyan"/>
              </w:rPr>
              <w:t>• Recapitulare și evaluare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6EBC898" w14:textId="77777777" w:rsidR="007A621B" w:rsidRDefault="007A621B" w:rsidP="007A621B">
            <w:pPr>
              <w:rPr>
                <w:rFonts w:ascii="Times New Roman" w:hAnsi="Times New Roman" w:cs="Times New Roman"/>
                <w:bCs/>
                <w:sz w:val="22"/>
              </w:rPr>
            </w:pPr>
          </w:p>
          <w:p w14:paraId="6031F69F" w14:textId="77777777" w:rsidR="007A621B" w:rsidRDefault="007A621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</w:p>
          <w:p w14:paraId="09FC6516" w14:textId="77CF150A" w:rsidR="007A621B" w:rsidRPr="007A621B" w:rsidRDefault="007A621B" w:rsidP="007A621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>3</w:t>
            </w:r>
          </w:p>
          <w:p w14:paraId="3272A79B" w14:textId="77777777" w:rsidR="007A621B" w:rsidRDefault="007A621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</w:p>
          <w:p w14:paraId="28AD3210" w14:textId="77777777" w:rsidR="007A621B" w:rsidRDefault="007A621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</w:p>
          <w:p w14:paraId="4A49F2E1" w14:textId="77777777" w:rsidR="007A621B" w:rsidRDefault="007A621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</w:p>
          <w:p w14:paraId="33837903" w14:textId="77777777" w:rsidR="007A621B" w:rsidRDefault="007A621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</w:p>
          <w:p w14:paraId="75317F5E" w14:textId="1C6B7E27" w:rsidR="007A621B" w:rsidRDefault="007A621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>1</w:t>
            </w:r>
          </w:p>
          <w:p w14:paraId="44967454" w14:textId="77777777" w:rsidR="007A621B" w:rsidRDefault="007A621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</w:p>
          <w:p w14:paraId="7E8B806E" w14:textId="1DA97809" w:rsidR="007A621B" w:rsidRPr="00D464A2" w:rsidRDefault="007A621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CB0215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D464A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A621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  28 IX-02 X</w:t>
            </w:r>
          </w:p>
          <w:p w14:paraId="2F1BBEDD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D464A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A621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  05-09 X</w:t>
            </w:r>
          </w:p>
          <w:p w14:paraId="5675F8F4" w14:textId="77777777" w:rsidR="0054320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D464A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A621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  12-16 X</w:t>
            </w:r>
          </w:p>
          <w:p w14:paraId="47ACE82C" w14:textId="77777777" w:rsidR="007A621B" w:rsidRDefault="007A621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  <w:p w14:paraId="5C7C6942" w14:textId="77777777" w:rsidR="007A621B" w:rsidRPr="007A621B" w:rsidRDefault="007A621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  <w:p w14:paraId="06DC8C39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4A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A621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  19-23 X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5FC298B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D464A2">
              <w:rPr>
                <w:rFonts w:ascii="Times New Roman" w:hAnsi="Times New Roman" w:cs="Times New Roman"/>
                <w:sz w:val="20"/>
                <w:szCs w:val="36"/>
              </w:rPr>
              <w:t>*5 octombrie - Ziua educației</w:t>
            </w:r>
          </w:p>
        </w:tc>
      </w:tr>
      <w:tr w:rsidR="00543208" w14:paraId="6567B015" w14:textId="77777777">
        <w:trPr>
          <w:cantSplit/>
          <w:jc w:val="center"/>
        </w:trPr>
        <w:tc>
          <w:tcPr>
            <w:tcW w:w="14428" w:type="dxa"/>
            <w:gridSpan w:val="7"/>
            <w:shd w:val="clear" w:color="auto" w:fill="93C47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8D9A5D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D464A2">
              <w:rPr>
                <w:rFonts w:ascii="Times New Roman" w:hAnsi="Times New Roman" w:cs="Times New Roman"/>
                <w:b/>
                <w:sz w:val="24"/>
                <w:szCs w:val="40"/>
              </w:rPr>
              <w:t>Vacanță - 24 octombrie - 1 noiembrie 2026</w:t>
            </w:r>
          </w:p>
        </w:tc>
      </w:tr>
    </w:tbl>
    <w:p w14:paraId="55DB0EB6" w14:textId="77777777" w:rsidR="00543208" w:rsidRDefault="00000000">
      <w:r>
        <w:br w:type="page"/>
      </w:r>
    </w:p>
    <w:p w14:paraId="4FD04A56" w14:textId="4463DAD3" w:rsidR="00543208" w:rsidRDefault="00000000">
      <w:pPr>
        <w:spacing w:after="80"/>
        <w:jc w:val="center"/>
        <w:rPr>
          <w:rFonts w:ascii="Times New Roman" w:hAnsi="Times New Roman" w:cs="Times New Roman"/>
          <w:b/>
          <w:sz w:val="24"/>
          <w:szCs w:val="36"/>
        </w:rPr>
      </w:pPr>
      <w:r w:rsidRPr="007A621B">
        <w:rPr>
          <w:rFonts w:ascii="Times New Roman" w:hAnsi="Times New Roman" w:cs="Times New Roman"/>
          <w:b/>
          <w:sz w:val="32"/>
          <w:szCs w:val="36"/>
        </w:rPr>
        <w:lastRenderedPageBreak/>
        <w:br/>
      </w:r>
      <w:r w:rsidRPr="007A621B">
        <w:rPr>
          <w:rFonts w:ascii="Times New Roman" w:hAnsi="Times New Roman" w:cs="Times New Roman"/>
          <w:b/>
          <w:sz w:val="24"/>
          <w:szCs w:val="36"/>
          <w:highlight w:val="yellow"/>
        </w:rPr>
        <w:t>MODULUL AL II-LEA - 7 săptămâni</w:t>
      </w:r>
    </w:p>
    <w:p w14:paraId="532BE1FB" w14:textId="77777777" w:rsidR="007A621B" w:rsidRPr="007A621B" w:rsidRDefault="007A621B">
      <w:pPr>
        <w:spacing w:after="80"/>
        <w:jc w:val="center"/>
        <w:rPr>
          <w:rFonts w:ascii="Times New Roman" w:hAnsi="Times New Roman" w:cs="Times New Roman"/>
          <w:sz w:val="28"/>
          <w:szCs w:val="36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013"/>
        <w:gridCol w:w="4479"/>
        <w:gridCol w:w="4082"/>
        <w:gridCol w:w="595"/>
        <w:gridCol w:w="1502"/>
        <w:gridCol w:w="1332"/>
      </w:tblGrid>
      <w:tr w:rsidR="00543208" w14:paraId="1D677464" w14:textId="77777777">
        <w:trPr>
          <w:cantSplit/>
          <w:tblHeader/>
          <w:jc w:val="center"/>
        </w:trPr>
        <w:tc>
          <w:tcPr>
            <w:tcW w:w="42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4C0A681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crt.</w:t>
            </w:r>
          </w:p>
        </w:tc>
        <w:tc>
          <w:tcPr>
            <w:tcW w:w="2013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DC04D7F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Unitatea de învățare</w:t>
            </w:r>
          </w:p>
        </w:tc>
        <w:tc>
          <w:tcPr>
            <w:tcW w:w="4479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569E88B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Competențe specifice</w:t>
            </w:r>
          </w:p>
        </w:tc>
        <w:tc>
          <w:tcPr>
            <w:tcW w:w="408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B0AC315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Conținuturi</w:t>
            </w:r>
          </w:p>
        </w:tc>
        <w:tc>
          <w:tcPr>
            <w:tcW w:w="59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6EAEB5F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ore</w:t>
            </w:r>
          </w:p>
        </w:tc>
        <w:tc>
          <w:tcPr>
            <w:tcW w:w="150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D54872F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Săptămâna</w:t>
            </w:r>
          </w:p>
        </w:tc>
        <w:tc>
          <w:tcPr>
            <w:tcW w:w="133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ED2F0AA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Obs.</w:t>
            </w:r>
          </w:p>
        </w:tc>
      </w:tr>
      <w:tr w:rsidR="00543208" w14:paraId="35CC4EF8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4E8D082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A621B">
              <w:rPr>
                <w:rFonts w:ascii="Times New Roman" w:hAnsi="Times New Roman" w:cs="Times New Roman"/>
                <w:b/>
                <w:sz w:val="22"/>
                <w:szCs w:val="36"/>
              </w:rPr>
              <w:t>3.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293DD34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A621B">
              <w:rPr>
                <w:rFonts w:ascii="Times New Roman" w:hAnsi="Times New Roman" w:cs="Times New Roman"/>
                <w:b/>
                <w:sz w:val="22"/>
                <w:szCs w:val="36"/>
              </w:rPr>
              <w:t>Originile civilizației europene: modele politice și culturale în lumea greco-română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D99BC6D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1.1.</w:t>
            </w: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 xml:space="preserve"> Utilizarea reperelor de timp și spațiu în relatarea evenimentelor și proceselor istorice din epocile studiate.</w:t>
            </w:r>
          </w:p>
          <w:p w14:paraId="1DDE85B4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1.2.</w:t>
            </w: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 xml:space="preserve"> Explicarea relației cauză-efect într-o succesiune de evenimente și procese istorice.</w:t>
            </w:r>
          </w:p>
          <w:p w14:paraId="7CBC17A3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2.1.</w:t>
            </w: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 xml:space="preserve"> Recunoașterea tipurilor de surse istorice pentru a le valorifica în diverse contexte de viață.</w:t>
            </w:r>
          </w:p>
          <w:p w14:paraId="56E3D2D5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2.2.</w:t>
            </w: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 xml:space="preserve"> Extragerea informațiilor din surse diferite pe baza unor repere istorice.</w:t>
            </w:r>
          </w:p>
          <w:p w14:paraId="7D1C10B7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3.1.</w:t>
            </w: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 xml:space="preserve"> Descrierea evoluției formelor de organizare politică în epoci istorice diferite.</w:t>
            </w:r>
          </w:p>
          <w:p w14:paraId="38BA266E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3.2.</w:t>
            </w: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 xml:space="preserve"> Recunoașterea elementelor civice și culturale care contribuie la identitatea Europei contemporane.</w:t>
            </w:r>
          </w:p>
          <w:p w14:paraId="58611DCE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4.1.</w:t>
            </w: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 xml:space="preserve"> Selectarea surselor necesare pentru prezentarea unui eveniment și/sau proces istoric.</w:t>
            </w:r>
          </w:p>
          <w:p w14:paraId="20C14B7E" w14:textId="77777777" w:rsidR="00543208" w:rsidRDefault="00000000">
            <w:r w:rsidRPr="007A621B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4.2.</w:t>
            </w: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 xml:space="preserve"> Organizarea informațiilor din mai multe surse pentru realizarea unui proiect.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279EA94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>• Colonizarea greaca. Polisul și formele de guvernare - Atena și Sparta</w:t>
            </w:r>
          </w:p>
          <w:p w14:paraId="0A290663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>• Grecii între alianțe și războaie. Alexandru Macedon</w:t>
            </w:r>
          </w:p>
          <w:p w14:paraId="62E6B68A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>• Roma antică. De la Regalitate la Imperiu: instituții</w:t>
            </w:r>
          </w:p>
          <w:p w14:paraId="47F5BD46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>• Expansiunea Romei, organizarea provinciilor și romanizarea</w:t>
            </w:r>
          </w:p>
          <w:p w14:paraId="396B0AE9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>• Modele culturale în lumea greco-română</w:t>
            </w:r>
          </w:p>
          <w:p w14:paraId="5A8E565F" w14:textId="77777777" w:rsidR="00543208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>• Consolidare și aprofundare</w:t>
            </w:r>
          </w:p>
          <w:p w14:paraId="4886375C" w14:textId="77777777" w:rsidR="007A621B" w:rsidRDefault="007A621B">
            <w:pPr>
              <w:rPr>
                <w:rFonts w:ascii="Times New Roman" w:hAnsi="Times New Roman" w:cs="Times New Roman"/>
                <w:sz w:val="22"/>
                <w:szCs w:val="40"/>
              </w:rPr>
            </w:pPr>
          </w:p>
          <w:p w14:paraId="76F29907" w14:textId="77777777" w:rsidR="007A621B" w:rsidRPr="007A621B" w:rsidRDefault="007A621B">
            <w:pPr>
              <w:rPr>
                <w:rFonts w:ascii="Times New Roman" w:hAnsi="Times New Roman" w:cs="Times New Roman"/>
                <w:sz w:val="32"/>
                <w:szCs w:val="40"/>
              </w:rPr>
            </w:pPr>
          </w:p>
          <w:p w14:paraId="21947087" w14:textId="77777777" w:rsidR="00543208" w:rsidRDefault="00000000">
            <w:r w:rsidRPr="007A621B">
              <w:rPr>
                <w:rFonts w:ascii="Times New Roman" w:hAnsi="Times New Roman" w:cs="Times New Roman"/>
                <w:sz w:val="22"/>
                <w:szCs w:val="40"/>
              </w:rPr>
              <w:t xml:space="preserve">• </w:t>
            </w:r>
            <w:r w:rsidRPr="00336095">
              <w:rPr>
                <w:rFonts w:ascii="Times New Roman" w:hAnsi="Times New Roman" w:cs="Times New Roman"/>
                <w:sz w:val="22"/>
                <w:szCs w:val="40"/>
                <w:highlight w:val="cyan"/>
              </w:rPr>
              <w:t>Recapitulare și evaluare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4D3ACED" w14:textId="77777777" w:rsidR="00336095" w:rsidRDefault="00336095" w:rsidP="00336095">
            <w:pPr>
              <w:rPr>
                <w:rFonts w:ascii="Times New Roman" w:hAnsi="Times New Roman" w:cs="Times New Roman"/>
                <w:b/>
                <w:sz w:val="22"/>
                <w:szCs w:val="36"/>
              </w:rPr>
            </w:pPr>
          </w:p>
          <w:p w14:paraId="1B0CBCE6" w14:textId="77777777" w:rsidR="00336095" w:rsidRDefault="00336095">
            <w:pPr>
              <w:jc w:val="center"/>
              <w:rPr>
                <w:rFonts w:ascii="Times New Roman" w:hAnsi="Times New Roman" w:cs="Times New Roman"/>
                <w:b/>
                <w:sz w:val="22"/>
                <w:szCs w:val="36"/>
              </w:rPr>
            </w:pPr>
          </w:p>
          <w:p w14:paraId="67CACC9F" w14:textId="77777777" w:rsidR="00336095" w:rsidRDefault="00336095">
            <w:pPr>
              <w:jc w:val="center"/>
              <w:rPr>
                <w:rFonts w:ascii="Times New Roman" w:hAnsi="Times New Roman" w:cs="Times New Roman"/>
                <w:b/>
                <w:sz w:val="22"/>
                <w:szCs w:val="36"/>
              </w:rPr>
            </w:pPr>
          </w:p>
          <w:p w14:paraId="20FD1327" w14:textId="52B7948D" w:rsidR="00543208" w:rsidRPr="00336095" w:rsidRDefault="007A621B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  <w:r w:rsidRPr="00336095">
              <w:rPr>
                <w:rFonts w:ascii="Times New Roman" w:hAnsi="Times New Roman" w:cs="Times New Roman"/>
                <w:bCs/>
                <w:sz w:val="22"/>
                <w:szCs w:val="36"/>
              </w:rPr>
              <w:t>6</w:t>
            </w:r>
          </w:p>
          <w:p w14:paraId="028518EC" w14:textId="77777777" w:rsidR="00336095" w:rsidRDefault="00336095">
            <w:pPr>
              <w:jc w:val="center"/>
              <w:rPr>
                <w:rFonts w:ascii="Times New Roman" w:hAnsi="Times New Roman" w:cs="Times New Roman"/>
                <w:b/>
                <w:sz w:val="22"/>
                <w:szCs w:val="36"/>
              </w:rPr>
            </w:pPr>
          </w:p>
          <w:p w14:paraId="4331EF53" w14:textId="77777777" w:rsidR="00336095" w:rsidRDefault="00336095">
            <w:pPr>
              <w:jc w:val="center"/>
              <w:rPr>
                <w:rFonts w:ascii="Times New Roman" w:hAnsi="Times New Roman" w:cs="Times New Roman"/>
                <w:b/>
                <w:sz w:val="22"/>
                <w:szCs w:val="36"/>
              </w:rPr>
            </w:pPr>
          </w:p>
          <w:p w14:paraId="27725055" w14:textId="77777777" w:rsidR="00336095" w:rsidRDefault="00336095">
            <w:pPr>
              <w:jc w:val="center"/>
              <w:rPr>
                <w:rFonts w:ascii="Times New Roman" w:hAnsi="Times New Roman" w:cs="Times New Roman"/>
                <w:b/>
                <w:sz w:val="22"/>
                <w:szCs w:val="36"/>
              </w:rPr>
            </w:pPr>
          </w:p>
          <w:p w14:paraId="4A07DADD" w14:textId="77777777" w:rsidR="00336095" w:rsidRDefault="00336095">
            <w:pPr>
              <w:jc w:val="center"/>
              <w:rPr>
                <w:rFonts w:ascii="Times New Roman" w:hAnsi="Times New Roman" w:cs="Times New Roman"/>
                <w:b/>
                <w:sz w:val="22"/>
                <w:szCs w:val="36"/>
              </w:rPr>
            </w:pPr>
          </w:p>
          <w:p w14:paraId="62967DEE" w14:textId="77777777" w:rsidR="00336095" w:rsidRDefault="00336095">
            <w:pPr>
              <w:jc w:val="center"/>
              <w:rPr>
                <w:rFonts w:ascii="Times New Roman" w:hAnsi="Times New Roman" w:cs="Times New Roman"/>
                <w:b/>
                <w:sz w:val="22"/>
                <w:szCs w:val="36"/>
              </w:rPr>
            </w:pPr>
          </w:p>
          <w:p w14:paraId="6ACDBA22" w14:textId="77777777" w:rsidR="00336095" w:rsidRDefault="00336095" w:rsidP="00336095">
            <w:pPr>
              <w:rPr>
                <w:rFonts w:ascii="Times New Roman" w:hAnsi="Times New Roman" w:cs="Times New Roman"/>
                <w:b/>
                <w:sz w:val="22"/>
                <w:szCs w:val="36"/>
              </w:rPr>
            </w:pPr>
          </w:p>
          <w:p w14:paraId="1FE68766" w14:textId="77777777" w:rsidR="00336095" w:rsidRDefault="00336095">
            <w:pPr>
              <w:jc w:val="center"/>
              <w:rPr>
                <w:rFonts w:ascii="Times New Roman" w:hAnsi="Times New Roman" w:cs="Times New Roman"/>
                <w:b/>
                <w:sz w:val="22"/>
                <w:szCs w:val="36"/>
              </w:rPr>
            </w:pPr>
          </w:p>
          <w:p w14:paraId="57CC3EA5" w14:textId="77777777" w:rsidR="00336095" w:rsidRDefault="00336095">
            <w:pPr>
              <w:jc w:val="center"/>
              <w:rPr>
                <w:rFonts w:ascii="Times New Roman" w:hAnsi="Times New Roman" w:cs="Times New Roman"/>
                <w:b/>
                <w:sz w:val="22"/>
                <w:szCs w:val="36"/>
              </w:rPr>
            </w:pPr>
          </w:p>
          <w:p w14:paraId="56ADA1BD" w14:textId="716A8E6B" w:rsidR="00336095" w:rsidRPr="00336095" w:rsidRDefault="0033609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36095">
              <w:rPr>
                <w:rFonts w:ascii="Times New Roman" w:hAnsi="Times New Roman" w:cs="Times New Roman"/>
                <w:bCs/>
                <w:sz w:val="22"/>
                <w:szCs w:val="36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E22C06D" w14:textId="105221BC" w:rsidR="00543208" w:rsidRPr="0033609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33609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3609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8  02-06 XI</w:t>
            </w:r>
          </w:p>
          <w:p w14:paraId="763CFD98" w14:textId="77777777" w:rsidR="00543208" w:rsidRPr="0033609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33609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3609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9  09-13 XI</w:t>
            </w:r>
          </w:p>
          <w:p w14:paraId="1CD9B4EB" w14:textId="77777777" w:rsidR="00543208" w:rsidRPr="0033609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33609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3609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10  16-20 XI</w:t>
            </w:r>
          </w:p>
          <w:p w14:paraId="66FE6938" w14:textId="77777777" w:rsidR="00543208" w:rsidRPr="0033609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33609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3609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11  23-27 XI</w:t>
            </w:r>
          </w:p>
          <w:p w14:paraId="49177EFB" w14:textId="77777777" w:rsidR="00543208" w:rsidRPr="0033609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33609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3609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12  30 XI-04 XII</w:t>
            </w:r>
          </w:p>
          <w:p w14:paraId="256F43C5" w14:textId="77777777" w:rsidR="00543208" w:rsidRPr="0033609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33609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3609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13  07-11 XII</w:t>
            </w:r>
          </w:p>
          <w:p w14:paraId="4A543F55" w14:textId="77777777" w:rsidR="007A621B" w:rsidRDefault="007A621B" w:rsidP="00336095">
            <w:pPr>
              <w:rPr>
                <w:sz w:val="13"/>
              </w:rPr>
            </w:pPr>
          </w:p>
          <w:p w14:paraId="51268515" w14:textId="77777777" w:rsidR="007A621B" w:rsidRDefault="007A621B">
            <w:pPr>
              <w:jc w:val="center"/>
              <w:rPr>
                <w:sz w:val="13"/>
              </w:rPr>
            </w:pPr>
          </w:p>
          <w:p w14:paraId="324EDC3B" w14:textId="77777777" w:rsidR="007A621B" w:rsidRDefault="007A621B">
            <w:pPr>
              <w:jc w:val="center"/>
              <w:rPr>
                <w:sz w:val="13"/>
              </w:rPr>
            </w:pPr>
          </w:p>
          <w:p w14:paraId="07530F92" w14:textId="77777777" w:rsidR="007A621B" w:rsidRDefault="007A621B">
            <w:pPr>
              <w:jc w:val="center"/>
            </w:pPr>
          </w:p>
          <w:p w14:paraId="0972008D" w14:textId="77777777" w:rsidR="00336095" w:rsidRDefault="00336095">
            <w:pPr>
              <w:jc w:val="center"/>
            </w:pPr>
          </w:p>
          <w:p w14:paraId="12D88CC5" w14:textId="77777777" w:rsidR="00336095" w:rsidRDefault="00336095">
            <w:pPr>
              <w:jc w:val="center"/>
            </w:pPr>
          </w:p>
          <w:p w14:paraId="5C06A6A2" w14:textId="77777777" w:rsidR="00336095" w:rsidRDefault="00336095">
            <w:pPr>
              <w:jc w:val="center"/>
            </w:pPr>
          </w:p>
          <w:p w14:paraId="38879537" w14:textId="77777777" w:rsidR="00543208" w:rsidRPr="0033609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336095">
              <w:rPr>
                <w:rFonts w:ascii="Times New Roman" w:hAnsi="Times New Roman" w:cs="Times New Roman"/>
                <w:sz w:val="22"/>
                <w:szCs w:val="40"/>
              </w:rPr>
              <w:t>S</w:t>
            </w:r>
            <w:r w:rsidRPr="00336095">
              <w:rPr>
                <w:rFonts w:ascii="Times New Roman" w:hAnsi="Times New Roman" w:cs="Times New Roman"/>
                <w:sz w:val="22"/>
                <w:szCs w:val="40"/>
                <w:vertAlign w:val="subscript"/>
              </w:rPr>
              <w:t>15  21-22 XII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4741EBF" w14:textId="77777777" w:rsidR="00543208" w:rsidRPr="0033609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336095">
              <w:rPr>
                <w:rFonts w:ascii="Times New Roman" w:hAnsi="Times New Roman" w:cs="Times New Roman"/>
                <w:szCs w:val="32"/>
              </w:rPr>
              <w:t>*30 noiembrie și 1 decembrie - zile libere</w:t>
            </w:r>
          </w:p>
        </w:tc>
      </w:tr>
      <w:tr w:rsidR="00543208" w14:paraId="1C67D3FB" w14:textId="77777777">
        <w:trPr>
          <w:cantSplit/>
          <w:jc w:val="center"/>
        </w:trPr>
        <w:tc>
          <w:tcPr>
            <w:tcW w:w="11594" w:type="dxa"/>
            <w:gridSpan w:val="5"/>
            <w:shd w:val="clear" w:color="auto" w:fill="F4CCCC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9FE41CD" w14:textId="77777777" w:rsidR="00543208" w:rsidRPr="0033609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336095">
              <w:rPr>
                <w:rFonts w:ascii="Times New Roman" w:hAnsi="Times New Roman" w:cs="Times New Roman"/>
                <w:b/>
                <w:sz w:val="22"/>
                <w:szCs w:val="36"/>
              </w:rPr>
              <w:t>Activități extrașcolare și extracurriculare</w:t>
            </w:r>
            <w:r w:rsidRPr="00336095">
              <w:rPr>
                <w:rFonts w:ascii="Times New Roman" w:hAnsi="Times New Roman" w:cs="Times New Roman"/>
                <w:b/>
                <w:sz w:val="22"/>
                <w:szCs w:val="36"/>
              </w:rPr>
              <w:br/>
              <w:t>ȘCOALA ALTFEL</w:t>
            </w:r>
          </w:p>
        </w:tc>
        <w:tc>
          <w:tcPr>
            <w:tcW w:w="1502" w:type="dxa"/>
            <w:shd w:val="clear" w:color="auto" w:fill="F4CCCC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A2F6124" w14:textId="77777777" w:rsidR="00543208" w:rsidRPr="0033609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336095">
              <w:rPr>
                <w:rFonts w:ascii="Times New Roman" w:hAnsi="Times New Roman" w:cs="Times New Roman"/>
                <w:b/>
                <w:sz w:val="24"/>
                <w:szCs w:val="40"/>
              </w:rPr>
              <w:t>S</w:t>
            </w:r>
            <w:r w:rsidRPr="00336095">
              <w:rPr>
                <w:rFonts w:ascii="Times New Roman" w:hAnsi="Times New Roman" w:cs="Times New Roman"/>
                <w:b/>
                <w:sz w:val="24"/>
                <w:szCs w:val="40"/>
                <w:vertAlign w:val="subscript"/>
              </w:rPr>
              <w:t>14  14-18 XII</w:t>
            </w:r>
          </w:p>
        </w:tc>
        <w:tc>
          <w:tcPr>
            <w:tcW w:w="1332" w:type="dxa"/>
            <w:shd w:val="clear" w:color="auto" w:fill="F4CCCC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6AE6BBB" w14:textId="77777777" w:rsidR="00543208" w:rsidRDefault="00543208"/>
        </w:tc>
      </w:tr>
      <w:tr w:rsidR="00543208" w14:paraId="56B85322" w14:textId="77777777">
        <w:trPr>
          <w:cantSplit/>
          <w:jc w:val="center"/>
        </w:trPr>
        <w:tc>
          <w:tcPr>
            <w:tcW w:w="14428" w:type="dxa"/>
            <w:gridSpan w:val="7"/>
            <w:shd w:val="clear" w:color="auto" w:fill="93C47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63BFF27" w14:textId="77777777" w:rsidR="00543208" w:rsidRPr="0033609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336095">
              <w:rPr>
                <w:rFonts w:ascii="Times New Roman" w:hAnsi="Times New Roman" w:cs="Times New Roman"/>
                <w:b/>
                <w:sz w:val="24"/>
                <w:szCs w:val="40"/>
              </w:rPr>
              <w:t>Vacanță - 23 decembrie 2026 - 10 ianuarie 2027</w:t>
            </w:r>
          </w:p>
        </w:tc>
      </w:tr>
    </w:tbl>
    <w:p w14:paraId="785A22A1" w14:textId="77777777" w:rsidR="00543208" w:rsidRDefault="00000000">
      <w:r>
        <w:br w:type="page"/>
      </w:r>
    </w:p>
    <w:p w14:paraId="34EF6E2E" w14:textId="367399A0" w:rsidR="00543208" w:rsidRDefault="00000000">
      <w:pPr>
        <w:spacing w:after="80"/>
        <w:jc w:val="center"/>
        <w:rPr>
          <w:rFonts w:ascii="Times New Roman" w:hAnsi="Times New Roman" w:cs="Times New Roman"/>
          <w:b/>
          <w:sz w:val="24"/>
          <w:szCs w:val="36"/>
        </w:rPr>
      </w:pPr>
      <w:r>
        <w:rPr>
          <w:b/>
          <w:sz w:val="20"/>
        </w:rPr>
        <w:lastRenderedPageBreak/>
        <w:br/>
      </w:r>
      <w:r w:rsidRPr="0084717C">
        <w:rPr>
          <w:rFonts w:ascii="Times New Roman" w:hAnsi="Times New Roman" w:cs="Times New Roman"/>
          <w:b/>
          <w:sz w:val="24"/>
          <w:szCs w:val="36"/>
          <w:highlight w:val="yellow"/>
        </w:rPr>
        <w:t>MODULUL AL III-LEA - 6 săptămâni</w:t>
      </w:r>
    </w:p>
    <w:p w14:paraId="4BBB5E2D" w14:textId="77777777" w:rsidR="0084717C" w:rsidRPr="0084717C" w:rsidRDefault="0084717C">
      <w:pPr>
        <w:spacing w:after="80"/>
        <w:jc w:val="center"/>
        <w:rPr>
          <w:rFonts w:ascii="Times New Roman" w:hAnsi="Times New Roman" w:cs="Times New Roman"/>
          <w:sz w:val="28"/>
          <w:szCs w:val="36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013"/>
        <w:gridCol w:w="4479"/>
        <w:gridCol w:w="4082"/>
        <w:gridCol w:w="595"/>
        <w:gridCol w:w="1502"/>
        <w:gridCol w:w="1332"/>
      </w:tblGrid>
      <w:tr w:rsidR="00543208" w14:paraId="7A1B5D80" w14:textId="77777777">
        <w:trPr>
          <w:cantSplit/>
          <w:tblHeader/>
          <w:jc w:val="center"/>
        </w:trPr>
        <w:tc>
          <w:tcPr>
            <w:tcW w:w="42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0629F92" w14:textId="77777777" w:rsidR="00543208" w:rsidRPr="0084717C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84717C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84717C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crt.</w:t>
            </w:r>
          </w:p>
        </w:tc>
        <w:tc>
          <w:tcPr>
            <w:tcW w:w="2013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2907B1B" w14:textId="77777777" w:rsidR="00543208" w:rsidRPr="0084717C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84717C">
              <w:rPr>
                <w:rFonts w:ascii="Times New Roman" w:hAnsi="Times New Roman" w:cs="Times New Roman"/>
                <w:b/>
                <w:sz w:val="20"/>
                <w:szCs w:val="32"/>
              </w:rPr>
              <w:t>Unitatea de învățare</w:t>
            </w:r>
          </w:p>
        </w:tc>
        <w:tc>
          <w:tcPr>
            <w:tcW w:w="4479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BCF9732" w14:textId="77777777" w:rsidR="00543208" w:rsidRPr="0084717C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84717C">
              <w:rPr>
                <w:rFonts w:ascii="Times New Roman" w:hAnsi="Times New Roman" w:cs="Times New Roman"/>
                <w:b/>
                <w:sz w:val="20"/>
                <w:szCs w:val="32"/>
              </w:rPr>
              <w:t>Competențe specifice</w:t>
            </w:r>
          </w:p>
        </w:tc>
        <w:tc>
          <w:tcPr>
            <w:tcW w:w="408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5E83195" w14:textId="77777777" w:rsidR="00543208" w:rsidRPr="0084717C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84717C">
              <w:rPr>
                <w:rFonts w:ascii="Times New Roman" w:hAnsi="Times New Roman" w:cs="Times New Roman"/>
                <w:b/>
                <w:sz w:val="20"/>
                <w:szCs w:val="32"/>
              </w:rPr>
              <w:t>Conținuturi</w:t>
            </w:r>
          </w:p>
        </w:tc>
        <w:tc>
          <w:tcPr>
            <w:tcW w:w="59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7C2E17E" w14:textId="77777777" w:rsidR="00543208" w:rsidRPr="0084717C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84717C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84717C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ore</w:t>
            </w:r>
          </w:p>
        </w:tc>
        <w:tc>
          <w:tcPr>
            <w:tcW w:w="150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A5179BC" w14:textId="77777777" w:rsidR="00543208" w:rsidRPr="0084717C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84717C">
              <w:rPr>
                <w:rFonts w:ascii="Times New Roman" w:hAnsi="Times New Roman" w:cs="Times New Roman"/>
                <w:b/>
                <w:sz w:val="20"/>
                <w:szCs w:val="32"/>
              </w:rPr>
              <w:t>Săptămâna</w:t>
            </w:r>
          </w:p>
        </w:tc>
        <w:tc>
          <w:tcPr>
            <w:tcW w:w="133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2B80EC4" w14:textId="77777777" w:rsidR="00543208" w:rsidRPr="0084717C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84717C">
              <w:rPr>
                <w:rFonts w:ascii="Times New Roman" w:hAnsi="Times New Roman" w:cs="Times New Roman"/>
                <w:b/>
                <w:sz w:val="20"/>
                <w:szCs w:val="32"/>
              </w:rPr>
              <w:t>Obs.</w:t>
            </w:r>
          </w:p>
        </w:tc>
      </w:tr>
      <w:tr w:rsidR="00543208" w14:paraId="49CE21F2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6DEF1B6" w14:textId="77777777" w:rsidR="00543208" w:rsidRPr="0084717C" w:rsidRDefault="00000000">
            <w:pPr>
              <w:jc w:val="center"/>
              <w:rPr>
                <w:rFonts w:ascii="Times New Roman" w:hAnsi="Times New Roman" w:cs="Times New Roman"/>
                <w:sz w:val="22"/>
                <w:szCs w:val="36"/>
              </w:rPr>
            </w:pPr>
            <w:r w:rsidRPr="0084717C">
              <w:rPr>
                <w:rFonts w:ascii="Times New Roman" w:hAnsi="Times New Roman" w:cs="Times New Roman"/>
                <w:b/>
                <w:sz w:val="22"/>
                <w:szCs w:val="36"/>
              </w:rPr>
              <w:t>4.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1EB907C" w14:textId="77777777" w:rsidR="00543208" w:rsidRPr="0084717C" w:rsidRDefault="00000000">
            <w:pPr>
              <w:jc w:val="center"/>
              <w:rPr>
                <w:rFonts w:ascii="Times New Roman" w:hAnsi="Times New Roman" w:cs="Times New Roman"/>
                <w:sz w:val="22"/>
                <w:szCs w:val="36"/>
              </w:rPr>
            </w:pPr>
            <w:r w:rsidRPr="0084717C">
              <w:rPr>
                <w:rFonts w:ascii="Times New Roman" w:hAnsi="Times New Roman" w:cs="Times New Roman"/>
                <w:b/>
                <w:sz w:val="22"/>
                <w:szCs w:val="36"/>
              </w:rPr>
              <w:t>Geneza lumii medievale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512B5D2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1.1.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Utilizarea reperelor de timp și spațiu în relatarea evenimentelor și proceselor istorice din epocile studiate.</w:t>
            </w:r>
          </w:p>
          <w:p w14:paraId="29D60BC9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1.2.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Explicarea relației cauză-efect într-o succesiune de evenimente și procese istorice.</w:t>
            </w:r>
          </w:p>
          <w:p w14:paraId="138EF756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2.1.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Recunoașterea tipurilor de surse istorice pentru a le valorifica în diverse contexte de viață.</w:t>
            </w:r>
          </w:p>
          <w:p w14:paraId="6EB3657F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2.2.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Extragerea informațiilor din surse diferite pe baza unor repere istorice.</w:t>
            </w:r>
          </w:p>
          <w:p w14:paraId="7349AF5F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3.1.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Descrierea evoluției formelor de organizare politică în epoci istorice diferite.</w:t>
            </w:r>
          </w:p>
          <w:p w14:paraId="6CD9C1A0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3.2.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Recunoașterea elementelor civice și culturale care contribuie la identitatea Europei contemporane.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8E6098A" w14:textId="77777777" w:rsidR="00543208" w:rsidRPr="00F756C3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F756C3">
              <w:rPr>
                <w:rFonts w:ascii="Times New Roman" w:hAnsi="Times New Roman" w:cs="Times New Roman"/>
                <w:sz w:val="22"/>
              </w:rPr>
              <w:t>• Impactul marilor migrații. Europa Apuseană de la regatele germanice la Carol cel Mare</w:t>
            </w:r>
          </w:p>
          <w:p w14:paraId="2C08DB0F" w14:textId="77777777" w:rsidR="00543208" w:rsidRPr="00F756C3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F756C3">
              <w:rPr>
                <w:rFonts w:ascii="Times New Roman" w:hAnsi="Times New Roman" w:cs="Times New Roman"/>
                <w:sz w:val="22"/>
              </w:rPr>
              <w:t>• Imperiul Bizantin: instituții, religie și cultura</w:t>
            </w:r>
          </w:p>
          <w:p w14:paraId="6AC8A5E3" w14:textId="77777777" w:rsidR="00543208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F756C3">
              <w:rPr>
                <w:rFonts w:ascii="Times New Roman" w:hAnsi="Times New Roman" w:cs="Times New Roman"/>
                <w:sz w:val="22"/>
              </w:rPr>
              <w:t>• Islamul și expansiunea araba</w:t>
            </w:r>
          </w:p>
          <w:p w14:paraId="71DF90D7" w14:textId="77777777" w:rsidR="00F756C3" w:rsidRPr="00F756C3" w:rsidRDefault="00F756C3">
            <w:pPr>
              <w:rPr>
                <w:rFonts w:ascii="Times New Roman" w:hAnsi="Times New Roman" w:cs="Times New Roman"/>
                <w:sz w:val="22"/>
              </w:rPr>
            </w:pPr>
          </w:p>
          <w:p w14:paraId="2E90F4B2" w14:textId="77777777" w:rsidR="00543208" w:rsidRPr="00F756C3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F756C3">
              <w:rPr>
                <w:rFonts w:ascii="Times New Roman" w:hAnsi="Times New Roman" w:cs="Times New Roman"/>
                <w:sz w:val="22"/>
                <w:highlight w:val="cyan"/>
              </w:rPr>
              <w:t>• Recapitulare și evaluare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E08B644" w14:textId="77777777" w:rsidR="00543208" w:rsidRDefault="00F756C3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  <w:r w:rsidRPr="00F756C3">
              <w:rPr>
                <w:rFonts w:ascii="Times New Roman" w:hAnsi="Times New Roman" w:cs="Times New Roman"/>
                <w:bCs/>
                <w:sz w:val="22"/>
                <w:szCs w:val="36"/>
              </w:rPr>
              <w:t>3</w:t>
            </w:r>
          </w:p>
          <w:p w14:paraId="61414107" w14:textId="77777777" w:rsidR="00F756C3" w:rsidRDefault="00F756C3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0AB4450D" w14:textId="77777777" w:rsidR="00F756C3" w:rsidRDefault="00F756C3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188B2E6A" w14:textId="77777777" w:rsidR="00F756C3" w:rsidRDefault="00F756C3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0B76EE25" w14:textId="77777777" w:rsidR="00F756C3" w:rsidRDefault="00F756C3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05C2510E" w14:textId="77777777" w:rsidR="00F756C3" w:rsidRPr="00F756C3" w:rsidRDefault="00F756C3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0A0814A1" w14:textId="3F453BCD" w:rsidR="00F756C3" w:rsidRDefault="00F756C3">
            <w:pPr>
              <w:jc w:val="center"/>
            </w:pPr>
            <w:r w:rsidRPr="00F756C3">
              <w:rPr>
                <w:rFonts w:ascii="Times New Roman" w:hAnsi="Times New Roman" w:cs="Times New Roman"/>
                <w:bCs/>
                <w:sz w:val="22"/>
                <w:szCs w:val="36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30C0E4C" w14:textId="77777777" w:rsidR="00543208" w:rsidRPr="00F756C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F756C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756C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16  11-15 I</w:t>
            </w:r>
          </w:p>
          <w:p w14:paraId="308D6116" w14:textId="77777777" w:rsidR="00543208" w:rsidRPr="00F756C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F756C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756C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17  18-22 I</w:t>
            </w:r>
          </w:p>
          <w:p w14:paraId="3AD25CFD" w14:textId="77777777" w:rsidR="0054320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F756C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756C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18  25-29 I</w:t>
            </w:r>
          </w:p>
          <w:p w14:paraId="0E0085C7" w14:textId="77777777" w:rsidR="00F756C3" w:rsidRDefault="00F756C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  <w:p w14:paraId="67163CAA" w14:textId="77777777" w:rsidR="00F756C3" w:rsidRDefault="00F756C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  <w:p w14:paraId="4A75DBF9" w14:textId="77777777" w:rsidR="00F756C3" w:rsidRPr="00F756C3" w:rsidRDefault="00F756C3">
            <w:pPr>
              <w:jc w:val="center"/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</w:pPr>
          </w:p>
          <w:p w14:paraId="33462124" w14:textId="77777777" w:rsidR="00543208" w:rsidRDefault="00000000">
            <w:pPr>
              <w:jc w:val="center"/>
            </w:pPr>
            <w:r w:rsidRPr="00F756C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756C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19  01-05 II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47223A4" w14:textId="77777777" w:rsidR="00543208" w:rsidRDefault="00543208">
            <w:pPr>
              <w:jc w:val="center"/>
            </w:pPr>
          </w:p>
        </w:tc>
      </w:tr>
      <w:tr w:rsidR="00543208" w14:paraId="69F00942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3F912D1" w14:textId="77777777" w:rsidR="00543208" w:rsidRPr="0084717C" w:rsidRDefault="00000000">
            <w:pPr>
              <w:jc w:val="center"/>
              <w:rPr>
                <w:rFonts w:ascii="Times New Roman" w:hAnsi="Times New Roman" w:cs="Times New Roman"/>
                <w:sz w:val="22"/>
                <w:szCs w:val="36"/>
              </w:rPr>
            </w:pPr>
            <w:r w:rsidRPr="0084717C">
              <w:rPr>
                <w:rFonts w:ascii="Times New Roman" w:hAnsi="Times New Roman" w:cs="Times New Roman"/>
                <w:b/>
                <w:sz w:val="22"/>
                <w:szCs w:val="36"/>
              </w:rPr>
              <w:t>5.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5537D7F" w14:textId="77777777" w:rsidR="00543208" w:rsidRPr="0084717C" w:rsidRDefault="00000000">
            <w:pPr>
              <w:jc w:val="center"/>
              <w:rPr>
                <w:rFonts w:ascii="Times New Roman" w:hAnsi="Times New Roman" w:cs="Times New Roman"/>
                <w:sz w:val="22"/>
                <w:szCs w:val="36"/>
              </w:rPr>
            </w:pPr>
            <w:r w:rsidRPr="0084717C">
              <w:rPr>
                <w:rFonts w:ascii="Times New Roman" w:hAnsi="Times New Roman" w:cs="Times New Roman"/>
                <w:b/>
                <w:sz w:val="22"/>
                <w:szCs w:val="36"/>
              </w:rPr>
              <w:t>Credință, putere și cunoaștere în lumea medievala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F0232FF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1.1.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Utilizarea reperelor de timp și spațiu în relatarea evenimentelor și proceselor istorice din epocile studiate.</w:t>
            </w:r>
          </w:p>
          <w:p w14:paraId="426B53E0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1.2.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Explicarea relației cauză-efect într-o succesiune de evenimente și procese istorice.</w:t>
            </w:r>
          </w:p>
          <w:p w14:paraId="2A7DA04D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2.1.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Recunoașterea tipurilor de surse istorice pentru a le valorifica în diverse contexte de viață.</w:t>
            </w:r>
          </w:p>
          <w:p w14:paraId="307B8157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2.2.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Extragerea informațiilor din surse diferite pe baza unor repere istorice.</w:t>
            </w:r>
          </w:p>
          <w:p w14:paraId="0D1DB881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3.1.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Descrierea evoluției formelor de organizare politică în epoci istorice diferite.</w:t>
            </w:r>
          </w:p>
          <w:p w14:paraId="483BF4CB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3.2.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Recunoașterea elementelor civice și culturale care contribuie la identitatea Europei contemporane.</w:t>
            </w:r>
          </w:p>
          <w:p w14:paraId="3F2AF7F9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4.1.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Selectarea surselor necesare pentru prezentarea unui eveniment și/sau proces istoric.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E77D855" w14:textId="77777777" w:rsidR="00543208" w:rsidRPr="00F756C3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F756C3">
              <w:rPr>
                <w:rFonts w:ascii="Times New Roman" w:hAnsi="Times New Roman" w:cs="Times New Roman"/>
                <w:sz w:val="22"/>
              </w:rPr>
              <w:t>• Societate, mentalități și viață cotidiană</w:t>
            </w:r>
          </w:p>
          <w:p w14:paraId="06B31CA9" w14:textId="77777777" w:rsidR="00543208" w:rsidRDefault="00000000">
            <w:r w:rsidRPr="00F756C3">
              <w:rPr>
                <w:rFonts w:ascii="Times New Roman" w:hAnsi="Times New Roman" w:cs="Times New Roman"/>
                <w:sz w:val="22"/>
              </w:rPr>
              <w:t>• Lumea urbana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05F228A" w14:textId="77777777" w:rsidR="00543208" w:rsidRPr="00F756C3" w:rsidRDefault="000000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756C3">
              <w:rPr>
                <w:rFonts w:ascii="Times New Roman" w:hAnsi="Times New Roman" w:cs="Times New Roman"/>
                <w:bCs/>
                <w:sz w:val="22"/>
                <w:szCs w:val="36"/>
              </w:rPr>
              <w:t>2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CBCC2E0" w14:textId="77777777" w:rsidR="00543208" w:rsidRPr="00F756C3" w:rsidRDefault="00000000">
            <w:pPr>
              <w:jc w:val="center"/>
              <w:rPr>
                <w:rFonts w:ascii="Times New Roman" w:hAnsi="Times New Roman" w:cs="Times New Roman"/>
                <w:sz w:val="36"/>
                <w:szCs w:val="44"/>
                <w:vertAlign w:val="subscript"/>
              </w:rPr>
            </w:pPr>
            <w:r w:rsidRPr="00F756C3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r w:rsidRPr="00F756C3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20  08-12 II</w:t>
            </w:r>
          </w:p>
          <w:p w14:paraId="708CF4CC" w14:textId="77777777" w:rsidR="00543208" w:rsidRDefault="00000000">
            <w:pPr>
              <w:jc w:val="center"/>
            </w:pPr>
            <w:r w:rsidRPr="00F756C3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r w:rsidRPr="00F756C3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21  15-19 II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A9825D3" w14:textId="77777777" w:rsidR="00543208" w:rsidRDefault="00543208">
            <w:pPr>
              <w:jc w:val="center"/>
            </w:pPr>
          </w:p>
        </w:tc>
      </w:tr>
      <w:tr w:rsidR="00543208" w14:paraId="72364871" w14:textId="77777777">
        <w:trPr>
          <w:cantSplit/>
          <w:jc w:val="center"/>
        </w:trPr>
        <w:tc>
          <w:tcPr>
            <w:tcW w:w="14428" w:type="dxa"/>
            <w:gridSpan w:val="7"/>
            <w:shd w:val="clear" w:color="auto" w:fill="93C47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8A0219D" w14:textId="77777777" w:rsidR="00543208" w:rsidRPr="00F756C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756C3">
              <w:rPr>
                <w:rFonts w:ascii="Times New Roman" w:hAnsi="Times New Roman" w:cs="Times New Roman"/>
                <w:b/>
                <w:sz w:val="24"/>
                <w:szCs w:val="40"/>
              </w:rPr>
              <w:t>Vacanță - 22-28 februarie 2027</w:t>
            </w:r>
          </w:p>
        </w:tc>
      </w:tr>
    </w:tbl>
    <w:p w14:paraId="27861109" w14:textId="77777777" w:rsidR="00543208" w:rsidRDefault="00000000">
      <w:r>
        <w:br w:type="page"/>
      </w:r>
    </w:p>
    <w:p w14:paraId="5D485505" w14:textId="3F55DA59" w:rsidR="00543208" w:rsidRDefault="00000000">
      <w:pPr>
        <w:spacing w:after="80"/>
        <w:jc w:val="center"/>
        <w:rPr>
          <w:rFonts w:ascii="Times New Roman" w:hAnsi="Times New Roman" w:cs="Times New Roman"/>
          <w:b/>
          <w:sz w:val="24"/>
          <w:szCs w:val="36"/>
        </w:rPr>
      </w:pPr>
      <w:r w:rsidRPr="0024241A">
        <w:rPr>
          <w:rFonts w:ascii="Times New Roman" w:hAnsi="Times New Roman" w:cs="Times New Roman"/>
          <w:b/>
          <w:sz w:val="24"/>
          <w:szCs w:val="36"/>
          <w:highlight w:val="yellow"/>
        </w:rPr>
        <w:lastRenderedPageBreak/>
        <w:t>MODULUL AL IV-LEA - 7 săptămâni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013"/>
        <w:gridCol w:w="4479"/>
        <w:gridCol w:w="4082"/>
        <w:gridCol w:w="595"/>
        <w:gridCol w:w="1502"/>
        <w:gridCol w:w="1332"/>
      </w:tblGrid>
      <w:tr w:rsidR="00543208" w14:paraId="56322A34" w14:textId="77777777">
        <w:trPr>
          <w:cantSplit/>
          <w:tblHeader/>
          <w:jc w:val="center"/>
        </w:trPr>
        <w:tc>
          <w:tcPr>
            <w:tcW w:w="42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F276FC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24241A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24241A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crt.</w:t>
            </w:r>
          </w:p>
        </w:tc>
        <w:tc>
          <w:tcPr>
            <w:tcW w:w="2013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2CB770B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24241A">
              <w:rPr>
                <w:rFonts w:ascii="Times New Roman" w:hAnsi="Times New Roman" w:cs="Times New Roman"/>
                <w:b/>
                <w:sz w:val="20"/>
                <w:szCs w:val="32"/>
              </w:rPr>
              <w:t>Unitatea de învățare</w:t>
            </w:r>
          </w:p>
        </w:tc>
        <w:tc>
          <w:tcPr>
            <w:tcW w:w="4479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2A29E23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24241A">
              <w:rPr>
                <w:rFonts w:ascii="Times New Roman" w:hAnsi="Times New Roman" w:cs="Times New Roman"/>
                <w:b/>
                <w:sz w:val="20"/>
                <w:szCs w:val="32"/>
              </w:rPr>
              <w:t>Competențe specifice</w:t>
            </w:r>
          </w:p>
        </w:tc>
        <w:tc>
          <w:tcPr>
            <w:tcW w:w="408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39986F3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24241A">
              <w:rPr>
                <w:rFonts w:ascii="Times New Roman" w:hAnsi="Times New Roman" w:cs="Times New Roman"/>
                <w:b/>
                <w:sz w:val="20"/>
                <w:szCs w:val="32"/>
              </w:rPr>
              <w:t>Conținuturi</w:t>
            </w:r>
          </w:p>
        </w:tc>
        <w:tc>
          <w:tcPr>
            <w:tcW w:w="59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3DAE7C6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24241A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24241A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ore</w:t>
            </w:r>
          </w:p>
        </w:tc>
        <w:tc>
          <w:tcPr>
            <w:tcW w:w="150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FFA8C6B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24241A">
              <w:rPr>
                <w:rFonts w:ascii="Times New Roman" w:hAnsi="Times New Roman" w:cs="Times New Roman"/>
                <w:b/>
                <w:sz w:val="20"/>
                <w:szCs w:val="32"/>
              </w:rPr>
              <w:t>Săptămâna</w:t>
            </w:r>
          </w:p>
        </w:tc>
        <w:tc>
          <w:tcPr>
            <w:tcW w:w="133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9E9B785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24241A">
              <w:rPr>
                <w:rFonts w:ascii="Times New Roman" w:hAnsi="Times New Roman" w:cs="Times New Roman"/>
                <w:b/>
                <w:sz w:val="20"/>
                <w:szCs w:val="32"/>
              </w:rPr>
              <w:t>Obs.</w:t>
            </w:r>
          </w:p>
        </w:tc>
      </w:tr>
      <w:tr w:rsidR="00543208" w14:paraId="5DE731C8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D89F244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22"/>
                <w:szCs w:val="36"/>
              </w:rPr>
            </w:pPr>
            <w:r w:rsidRPr="0024241A">
              <w:rPr>
                <w:rFonts w:ascii="Times New Roman" w:hAnsi="Times New Roman" w:cs="Times New Roman"/>
                <w:b/>
                <w:sz w:val="22"/>
                <w:szCs w:val="36"/>
              </w:rPr>
              <w:t>5.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02011B1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22"/>
                <w:szCs w:val="36"/>
              </w:rPr>
            </w:pPr>
            <w:r w:rsidRPr="0024241A">
              <w:rPr>
                <w:rFonts w:ascii="Times New Roman" w:hAnsi="Times New Roman" w:cs="Times New Roman"/>
                <w:b/>
                <w:sz w:val="22"/>
                <w:szCs w:val="36"/>
              </w:rPr>
              <w:t>Credință, putere și cunoaștere în lumea medievala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95377DC" w14:textId="77777777" w:rsidR="00543208" w:rsidRPr="0024241A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1.1.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Utilizarea reperelor de timp și spațiu în relatarea evenimentelor și proceselor istorice din epocile studiate.</w:t>
            </w:r>
          </w:p>
          <w:p w14:paraId="522A147A" w14:textId="77777777" w:rsidR="00543208" w:rsidRPr="0024241A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1.2.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Explicarea relației cauză-efect într-o succesiune de evenimente și procese istorice.</w:t>
            </w:r>
          </w:p>
          <w:p w14:paraId="33607931" w14:textId="77777777" w:rsidR="00543208" w:rsidRPr="0024241A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2.1.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Recunoașterea tipurilor de surse istorice pentru a le valorifica în diverse contexte de viață.</w:t>
            </w:r>
          </w:p>
          <w:p w14:paraId="171623B8" w14:textId="77777777" w:rsidR="00543208" w:rsidRPr="0024241A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2.2.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Extragerea informațiilor din surse diferite pe baza unor repere istorice.</w:t>
            </w:r>
          </w:p>
          <w:p w14:paraId="4765184B" w14:textId="77777777" w:rsidR="00543208" w:rsidRPr="0024241A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3.1.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Descrierea evoluției formelor de organizare politică în epoci istorice diferite.</w:t>
            </w:r>
          </w:p>
          <w:p w14:paraId="0C61D5E8" w14:textId="77777777" w:rsidR="00543208" w:rsidRPr="0024241A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3.2.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Recunoașterea elementelor civice și culturale care contribuie la identitatea Europei contemporane.</w:t>
            </w:r>
          </w:p>
          <w:p w14:paraId="2057E4E6" w14:textId="77777777" w:rsidR="00543208" w:rsidRPr="0024241A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4.1.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Selectarea surselor necesare pentru prezentarea unui eveniment și/sau proces istoric.</w:t>
            </w:r>
          </w:p>
          <w:p w14:paraId="66F50732" w14:textId="77777777" w:rsidR="00543208" w:rsidRDefault="00000000"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4.2.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Organizarea informațiilor din mai multe surse pentru realizarea unui proiect.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121F97B" w14:textId="77777777" w:rsidR="00543208" w:rsidRPr="0024241A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>• Biserica în Evul Mediu. Marea Schisma</w:t>
            </w:r>
          </w:p>
          <w:p w14:paraId="6F6CC83C" w14:textId="77777777" w:rsidR="00543208" w:rsidRPr="0024241A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>• Cruciadele</w:t>
            </w:r>
          </w:p>
          <w:p w14:paraId="3B4A9CDC" w14:textId="77777777" w:rsidR="00543208" w:rsidRPr="0024241A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>• Timpul marilor catedrale. Moștenirea culturala a Europei medievale</w:t>
            </w:r>
          </w:p>
          <w:p w14:paraId="38706F86" w14:textId="77777777" w:rsidR="00543208" w:rsidRPr="0024241A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>• Evoluții politice: centralizarea statala</w:t>
            </w:r>
          </w:p>
          <w:p w14:paraId="4C734C15" w14:textId="77777777" w:rsidR="00543208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>• Declinul Evului Mediu: războaie, foamete, epidemii</w:t>
            </w:r>
          </w:p>
          <w:p w14:paraId="323AF663" w14:textId="77777777" w:rsidR="0024241A" w:rsidRDefault="0024241A">
            <w:pPr>
              <w:rPr>
                <w:rFonts w:ascii="Times New Roman" w:hAnsi="Times New Roman" w:cs="Times New Roman"/>
                <w:sz w:val="22"/>
                <w:szCs w:val="40"/>
              </w:rPr>
            </w:pPr>
          </w:p>
          <w:p w14:paraId="0F62E8F0" w14:textId="77777777" w:rsidR="0024241A" w:rsidRPr="0024241A" w:rsidRDefault="0024241A">
            <w:pPr>
              <w:rPr>
                <w:rFonts w:ascii="Times New Roman" w:hAnsi="Times New Roman" w:cs="Times New Roman"/>
                <w:sz w:val="32"/>
                <w:szCs w:val="40"/>
              </w:rPr>
            </w:pPr>
          </w:p>
          <w:p w14:paraId="7E3AAAC0" w14:textId="77777777" w:rsidR="00543208" w:rsidRPr="0024241A" w:rsidRDefault="00000000">
            <w:pPr>
              <w:rPr>
                <w:rFonts w:ascii="Times New Roman" w:hAnsi="Times New Roman" w:cs="Times New Roman"/>
              </w:rPr>
            </w:pPr>
            <w:r w:rsidRPr="0024241A">
              <w:rPr>
                <w:rFonts w:ascii="Times New Roman" w:hAnsi="Times New Roman" w:cs="Times New Roman"/>
                <w:sz w:val="22"/>
                <w:szCs w:val="40"/>
                <w:highlight w:val="cyan"/>
              </w:rPr>
              <w:t>• Recapitulare și evaluare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A6D7B7A" w14:textId="77777777" w:rsidR="00543208" w:rsidRDefault="0024241A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36"/>
              </w:rPr>
              <w:t>5</w:t>
            </w:r>
          </w:p>
          <w:p w14:paraId="49CE9F62" w14:textId="77777777" w:rsidR="0024241A" w:rsidRDefault="0024241A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28718F7A" w14:textId="77777777" w:rsidR="0024241A" w:rsidRDefault="0024241A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5AA99468" w14:textId="77777777" w:rsidR="0024241A" w:rsidRDefault="0024241A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7A08D02E" w14:textId="77777777" w:rsidR="0024241A" w:rsidRDefault="0024241A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68555FD3" w14:textId="77777777" w:rsidR="0024241A" w:rsidRDefault="0024241A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68F3EEEA" w14:textId="77777777" w:rsidR="0024241A" w:rsidRDefault="0024241A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2CF6E3AE" w14:textId="77777777" w:rsidR="0024241A" w:rsidRDefault="0024241A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2E82A766" w14:textId="77777777" w:rsidR="0024241A" w:rsidRDefault="0024241A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2BB581E2" w14:textId="2526A6AE" w:rsidR="0024241A" w:rsidRPr="0024241A" w:rsidRDefault="0024241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36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D4497EF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36"/>
                <w:szCs w:val="44"/>
                <w:vertAlign w:val="subscript"/>
              </w:rPr>
            </w:pPr>
            <w:r w:rsidRPr="0024241A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r w:rsidRPr="0024241A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22  01-05 III</w:t>
            </w:r>
          </w:p>
          <w:p w14:paraId="7B85AE0C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36"/>
                <w:szCs w:val="44"/>
                <w:vertAlign w:val="subscript"/>
              </w:rPr>
            </w:pPr>
            <w:r w:rsidRPr="0024241A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r w:rsidRPr="0024241A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23  08-12 III</w:t>
            </w:r>
          </w:p>
          <w:p w14:paraId="5272F6DF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36"/>
                <w:szCs w:val="44"/>
                <w:vertAlign w:val="subscript"/>
              </w:rPr>
            </w:pPr>
            <w:r w:rsidRPr="0024241A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r w:rsidRPr="0024241A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24  15-19 III</w:t>
            </w:r>
          </w:p>
          <w:p w14:paraId="1F75B43D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36"/>
                <w:szCs w:val="44"/>
                <w:vertAlign w:val="subscript"/>
              </w:rPr>
            </w:pPr>
            <w:r w:rsidRPr="0024241A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r w:rsidRPr="0024241A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25  22-26 III</w:t>
            </w:r>
          </w:p>
          <w:p w14:paraId="019038DE" w14:textId="14CDB338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24"/>
                <w:szCs w:val="44"/>
              </w:rPr>
            </w:pPr>
            <w:r w:rsidRPr="0024241A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r w:rsidRPr="0024241A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26  29 III-02 IV</w:t>
            </w:r>
          </w:p>
          <w:p w14:paraId="525E362B" w14:textId="77777777" w:rsidR="0024241A" w:rsidRPr="0024241A" w:rsidRDefault="0024241A">
            <w:pPr>
              <w:jc w:val="center"/>
              <w:rPr>
                <w:rFonts w:ascii="Times New Roman" w:hAnsi="Times New Roman" w:cs="Times New Roman"/>
                <w:sz w:val="24"/>
                <w:szCs w:val="44"/>
              </w:rPr>
            </w:pPr>
          </w:p>
          <w:p w14:paraId="52EDDBF8" w14:textId="77777777" w:rsidR="0024241A" w:rsidRPr="0024241A" w:rsidRDefault="0024241A">
            <w:pPr>
              <w:jc w:val="center"/>
              <w:rPr>
                <w:rFonts w:ascii="Times New Roman" w:hAnsi="Times New Roman" w:cs="Times New Roman"/>
                <w:sz w:val="24"/>
                <w:szCs w:val="44"/>
              </w:rPr>
            </w:pPr>
          </w:p>
          <w:p w14:paraId="057740EB" w14:textId="77777777" w:rsidR="0024241A" w:rsidRPr="0024241A" w:rsidRDefault="0024241A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2AEB12C2" w14:textId="77777777" w:rsidR="0024241A" w:rsidRPr="0024241A" w:rsidRDefault="0024241A">
            <w:pPr>
              <w:jc w:val="center"/>
              <w:rPr>
                <w:rFonts w:ascii="Times New Roman" w:hAnsi="Times New Roman" w:cs="Times New Roman"/>
                <w:sz w:val="24"/>
                <w:szCs w:val="44"/>
              </w:rPr>
            </w:pPr>
          </w:p>
          <w:p w14:paraId="5E0900AD" w14:textId="77777777" w:rsidR="0024241A" w:rsidRPr="0024241A" w:rsidRDefault="0024241A">
            <w:pPr>
              <w:jc w:val="center"/>
              <w:rPr>
                <w:rFonts w:ascii="Times New Roman" w:hAnsi="Times New Roman" w:cs="Times New Roman"/>
                <w:sz w:val="2"/>
                <w:szCs w:val="6"/>
              </w:rPr>
            </w:pPr>
          </w:p>
          <w:p w14:paraId="14E252AD" w14:textId="77777777" w:rsidR="00543208" w:rsidRDefault="00000000">
            <w:pPr>
              <w:jc w:val="center"/>
            </w:pPr>
            <w:r w:rsidRPr="0024241A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r w:rsidRPr="0024241A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27  05-09 IV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98A68E7" w14:textId="77777777" w:rsidR="00543208" w:rsidRDefault="00543208">
            <w:pPr>
              <w:jc w:val="center"/>
            </w:pPr>
          </w:p>
        </w:tc>
      </w:tr>
      <w:tr w:rsidR="00543208" w14:paraId="52C58151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96DAF4F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22"/>
                <w:szCs w:val="36"/>
              </w:rPr>
            </w:pPr>
            <w:r w:rsidRPr="0024241A">
              <w:rPr>
                <w:rFonts w:ascii="Times New Roman" w:hAnsi="Times New Roman" w:cs="Times New Roman"/>
                <w:b/>
                <w:sz w:val="22"/>
                <w:szCs w:val="36"/>
              </w:rPr>
              <w:t>6.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FEB2185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22"/>
                <w:szCs w:val="36"/>
              </w:rPr>
            </w:pPr>
            <w:r w:rsidRPr="0024241A">
              <w:rPr>
                <w:rFonts w:ascii="Times New Roman" w:hAnsi="Times New Roman" w:cs="Times New Roman"/>
                <w:b/>
                <w:sz w:val="22"/>
                <w:szCs w:val="36"/>
              </w:rPr>
              <w:t>Lumea în mișcare. Tranziția spre Modernitate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A71D186" w14:textId="77777777" w:rsidR="00543208" w:rsidRPr="0024241A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1.1.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Utilizarea reperelor de timp și spațiu în relatarea evenimentelor și proceselor istorice din epocile studiate.</w:t>
            </w:r>
          </w:p>
          <w:p w14:paraId="4B7FABDD" w14:textId="77777777" w:rsidR="00543208" w:rsidRPr="0024241A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1.2.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Explicarea relației cauză-efect într-o succesiune de evenimente și procese istorice.</w:t>
            </w:r>
          </w:p>
          <w:p w14:paraId="7BF1213C" w14:textId="77777777" w:rsidR="00543208" w:rsidRPr="0024241A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2.1.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Recunoașterea tipurilor de surse istorice pentru a le valorifica în diverse contexte de viață.</w:t>
            </w:r>
          </w:p>
          <w:p w14:paraId="6C9506D6" w14:textId="77777777" w:rsidR="00543208" w:rsidRPr="0024241A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2.2.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Extragerea informațiilor din surse diferite pe baza unor repere istorice.</w:t>
            </w:r>
          </w:p>
          <w:p w14:paraId="2C342C51" w14:textId="77777777" w:rsidR="00543208" w:rsidRPr="0024241A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3.2.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Recunoașterea elementelor civice și culturale care contribuie la identitatea Europei contemporane.</w:t>
            </w:r>
          </w:p>
          <w:p w14:paraId="6894DA8B" w14:textId="77777777" w:rsidR="00543208" w:rsidRPr="0024241A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4.1.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Selectarea surselor necesare pentru prezentarea unui eveniment și/sau proces istoric.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190EC66" w14:textId="77777777" w:rsidR="00543208" w:rsidRPr="0024241A" w:rsidRDefault="00000000">
            <w:pPr>
              <w:rPr>
                <w:rFonts w:ascii="Times New Roman" w:hAnsi="Times New Roman" w:cs="Times New Roman"/>
              </w:rPr>
            </w:pP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>• Cursa pentru mirodenii. Marile descoperiri geografice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FC9E018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4241A">
              <w:rPr>
                <w:rFonts w:ascii="Times New Roman" w:hAnsi="Times New Roman" w:cs="Times New Roman"/>
                <w:bCs/>
                <w:sz w:val="22"/>
                <w:szCs w:val="36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EA6C6CC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24241A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r w:rsidRPr="00B26D00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28  12-16 IV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F253DEC" w14:textId="77777777" w:rsidR="00543208" w:rsidRDefault="00543208">
            <w:pPr>
              <w:jc w:val="center"/>
            </w:pPr>
          </w:p>
        </w:tc>
      </w:tr>
      <w:tr w:rsidR="00543208" w14:paraId="11C8AFB5" w14:textId="77777777">
        <w:trPr>
          <w:cantSplit/>
          <w:jc w:val="center"/>
        </w:trPr>
        <w:tc>
          <w:tcPr>
            <w:tcW w:w="11594" w:type="dxa"/>
            <w:gridSpan w:val="5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DFEE08E" w14:textId="5525AD73" w:rsidR="00543208" w:rsidRDefault="00000000">
            <w:pPr>
              <w:jc w:val="center"/>
            </w:pPr>
            <w:r w:rsidRPr="00B26D00">
              <w:rPr>
                <w:rFonts w:ascii="Times New Roman" w:hAnsi="Times New Roman" w:cs="Times New Roman"/>
                <w:b/>
                <w:sz w:val="22"/>
                <w:szCs w:val="36"/>
              </w:rPr>
              <w:t>Activități extrașcolare și extracurriculare</w:t>
            </w:r>
            <w:r w:rsidRPr="00B26D00">
              <w:rPr>
                <w:b/>
                <w:sz w:val="12"/>
                <w:szCs w:val="20"/>
              </w:rPr>
              <w:br/>
            </w:r>
            <w:r w:rsidRPr="00B26D00">
              <w:rPr>
                <w:rFonts w:ascii="Times New Roman" w:hAnsi="Times New Roman" w:cs="Times New Roman"/>
                <w:b/>
                <w:sz w:val="22"/>
                <w:szCs w:val="36"/>
              </w:rPr>
              <w:t>SĂPTĂMÂN</w:t>
            </w:r>
            <w:r w:rsidR="00A45479">
              <w:rPr>
                <w:rFonts w:ascii="Times New Roman" w:hAnsi="Times New Roman" w:cs="Times New Roman"/>
                <w:b/>
                <w:sz w:val="22"/>
                <w:szCs w:val="36"/>
              </w:rPr>
              <w:t>A</w:t>
            </w:r>
            <w:r w:rsidRPr="00B26D00">
              <w:rPr>
                <w:rFonts w:ascii="Times New Roman" w:hAnsi="Times New Roman" w:cs="Times New Roman"/>
                <w:b/>
                <w:sz w:val="22"/>
                <w:szCs w:val="36"/>
              </w:rPr>
              <w:t xml:space="preserve"> VERDE</w:t>
            </w:r>
          </w:p>
        </w:tc>
        <w:tc>
          <w:tcPr>
            <w:tcW w:w="150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5F9A983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26D00">
              <w:rPr>
                <w:rFonts w:ascii="Times New Roman" w:hAnsi="Times New Roman" w:cs="Times New Roman"/>
                <w:b/>
                <w:sz w:val="24"/>
                <w:szCs w:val="40"/>
              </w:rPr>
              <w:t>S</w:t>
            </w:r>
            <w:r w:rsidRPr="00B26D00">
              <w:rPr>
                <w:rFonts w:ascii="Times New Roman" w:hAnsi="Times New Roman" w:cs="Times New Roman"/>
                <w:b/>
                <w:sz w:val="24"/>
                <w:szCs w:val="40"/>
                <w:vertAlign w:val="subscript"/>
              </w:rPr>
              <w:t>29  19-23 IV</w:t>
            </w:r>
          </w:p>
        </w:tc>
        <w:tc>
          <w:tcPr>
            <w:tcW w:w="133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5E8DF3B" w14:textId="77777777" w:rsidR="00543208" w:rsidRDefault="00543208"/>
        </w:tc>
      </w:tr>
      <w:tr w:rsidR="00543208" w14:paraId="10F48A82" w14:textId="77777777">
        <w:trPr>
          <w:cantSplit/>
          <w:jc w:val="center"/>
        </w:trPr>
        <w:tc>
          <w:tcPr>
            <w:tcW w:w="14428" w:type="dxa"/>
            <w:gridSpan w:val="7"/>
            <w:shd w:val="clear" w:color="auto" w:fill="93C47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B095AFD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26D00">
              <w:rPr>
                <w:rFonts w:ascii="Times New Roman" w:hAnsi="Times New Roman" w:cs="Times New Roman"/>
                <w:b/>
                <w:sz w:val="24"/>
                <w:szCs w:val="40"/>
              </w:rPr>
              <w:t>Vacanță - 24 aprilie - 4 mai 2027</w:t>
            </w:r>
          </w:p>
        </w:tc>
      </w:tr>
    </w:tbl>
    <w:p w14:paraId="0D245457" w14:textId="21FD24CF" w:rsidR="00543208" w:rsidRDefault="00000000" w:rsidP="00B26D00">
      <w:pPr>
        <w:jc w:val="center"/>
        <w:rPr>
          <w:rFonts w:ascii="Times New Roman" w:hAnsi="Times New Roman" w:cs="Times New Roman"/>
          <w:b/>
          <w:sz w:val="24"/>
          <w:szCs w:val="36"/>
        </w:rPr>
      </w:pPr>
      <w:r>
        <w:br w:type="page"/>
      </w:r>
      <w:r w:rsidRPr="00B26D00">
        <w:rPr>
          <w:rFonts w:ascii="Times New Roman" w:hAnsi="Times New Roman" w:cs="Times New Roman"/>
          <w:b/>
          <w:sz w:val="24"/>
          <w:szCs w:val="36"/>
          <w:highlight w:val="yellow"/>
        </w:rPr>
        <w:lastRenderedPageBreak/>
        <w:t>MODULUL AL V-LEA - 7 săptămâni</w:t>
      </w:r>
    </w:p>
    <w:p w14:paraId="6B064878" w14:textId="77777777" w:rsidR="00B26D00" w:rsidRPr="00B26D00" w:rsidRDefault="00B26D00" w:rsidP="00B26D00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013"/>
        <w:gridCol w:w="4479"/>
        <w:gridCol w:w="4082"/>
        <w:gridCol w:w="595"/>
        <w:gridCol w:w="1502"/>
        <w:gridCol w:w="1332"/>
      </w:tblGrid>
      <w:tr w:rsidR="00543208" w14:paraId="713C2549" w14:textId="77777777">
        <w:trPr>
          <w:cantSplit/>
          <w:tblHeader/>
          <w:jc w:val="center"/>
        </w:trPr>
        <w:tc>
          <w:tcPr>
            <w:tcW w:w="42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5C45084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B26D00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B26D00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crt.</w:t>
            </w:r>
          </w:p>
        </w:tc>
        <w:tc>
          <w:tcPr>
            <w:tcW w:w="2013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751B9AA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B26D00">
              <w:rPr>
                <w:rFonts w:ascii="Times New Roman" w:hAnsi="Times New Roman" w:cs="Times New Roman"/>
                <w:b/>
                <w:sz w:val="20"/>
                <w:szCs w:val="32"/>
              </w:rPr>
              <w:t>Unitatea de învățare</w:t>
            </w:r>
          </w:p>
        </w:tc>
        <w:tc>
          <w:tcPr>
            <w:tcW w:w="4479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54C5CD7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B26D00">
              <w:rPr>
                <w:rFonts w:ascii="Times New Roman" w:hAnsi="Times New Roman" w:cs="Times New Roman"/>
                <w:b/>
                <w:sz w:val="20"/>
                <w:szCs w:val="32"/>
              </w:rPr>
              <w:t>Competențe specifice</w:t>
            </w:r>
          </w:p>
        </w:tc>
        <w:tc>
          <w:tcPr>
            <w:tcW w:w="408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D9272C8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B26D00">
              <w:rPr>
                <w:rFonts w:ascii="Times New Roman" w:hAnsi="Times New Roman" w:cs="Times New Roman"/>
                <w:b/>
                <w:sz w:val="20"/>
                <w:szCs w:val="32"/>
              </w:rPr>
              <w:t>Conținuturi</w:t>
            </w:r>
          </w:p>
        </w:tc>
        <w:tc>
          <w:tcPr>
            <w:tcW w:w="59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64A31DC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B26D00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B26D00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ore</w:t>
            </w:r>
          </w:p>
        </w:tc>
        <w:tc>
          <w:tcPr>
            <w:tcW w:w="150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767782C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B26D00">
              <w:rPr>
                <w:rFonts w:ascii="Times New Roman" w:hAnsi="Times New Roman" w:cs="Times New Roman"/>
                <w:b/>
                <w:sz w:val="20"/>
                <w:szCs w:val="32"/>
              </w:rPr>
              <w:t>Săptămâna</w:t>
            </w:r>
          </w:p>
        </w:tc>
        <w:tc>
          <w:tcPr>
            <w:tcW w:w="133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77A131E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B26D00">
              <w:rPr>
                <w:rFonts w:ascii="Times New Roman" w:hAnsi="Times New Roman" w:cs="Times New Roman"/>
                <w:b/>
                <w:sz w:val="20"/>
                <w:szCs w:val="32"/>
              </w:rPr>
              <w:t>Obs.</w:t>
            </w:r>
          </w:p>
        </w:tc>
      </w:tr>
      <w:tr w:rsidR="00543208" w14:paraId="0A0177BC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B6F54FC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26D00">
              <w:rPr>
                <w:rFonts w:ascii="Times New Roman" w:hAnsi="Times New Roman" w:cs="Times New Roman"/>
                <w:b/>
                <w:sz w:val="22"/>
                <w:szCs w:val="36"/>
              </w:rPr>
              <w:t>6.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91C1DF0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26D00">
              <w:rPr>
                <w:rFonts w:ascii="Times New Roman" w:hAnsi="Times New Roman" w:cs="Times New Roman"/>
                <w:b/>
                <w:sz w:val="22"/>
                <w:szCs w:val="36"/>
              </w:rPr>
              <w:t>Lumea în mișcare. Tranziția spre Modernitate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6B56A95" w14:textId="77777777" w:rsidR="00543208" w:rsidRPr="00B26D00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B26D00">
              <w:rPr>
                <w:rFonts w:ascii="Times New Roman" w:hAnsi="Times New Roman" w:cs="Times New Roman"/>
                <w:b/>
                <w:bCs/>
                <w:sz w:val="22"/>
              </w:rPr>
              <w:t>1.1.</w:t>
            </w:r>
            <w:r w:rsidRPr="00B26D00">
              <w:rPr>
                <w:rFonts w:ascii="Times New Roman" w:hAnsi="Times New Roman" w:cs="Times New Roman"/>
                <w:sz w:val="22"/>
              </w:rPr>
              <w:t xml:space="preserve"> Utilizarea reperelor de timp și spațiu în relatarea evenimentelor și proceselor istorice din epocile studiate.</w:t>
            </w:r>
          </w:p>
          <w:p w14:paraId="28C6D3A3" w14:textId="77777777" w:rsidR="00543208" w:rsidRPr="00B26D00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B26D00">
              <w:rPr>
                <w:rFonts w:ascii="Times New Roman" w:hAnsi="Times New Roman" w:cs="Times New Roman"/>
                <w:b/>
                <w:bCs/>
                <w:sz w:val="22"/>
              </w:rPr>
              <w:t>1.2.</w:t>
            </w:r>
            <w:r w:rsidRPr="00B26D00">
              <w:rPr>
                <w:rFonts w:ascii="Times New Roman" w:hAnsi="Times New Roman" w:cs="Times New Roman"/>
                <w:sz w:val="22"/>
              </w:rPr>
              <w:t xml:space="preserve"> Explicarea relației cauză-efect într-o succesiune de evenimente și procese istorice.</w:t>
            </w:r>
          </w:p>
          <w:p w14:paraId="6EB1D147" w14:textId="77777777" w:rsidR="00543208" w:rsidRPr="00B26D00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B26D00">
              <w:rPr>
                <w:rFonts w:ascii="Times New Roman" w:hAnsi="Times New Roman" w:cs="Times New Roman"/>
                <w:b/>
                <w:bCs/>
                <w:sz w:val="22"/>
              </w:rPr>
              <w:t>2.1.</w:t>
            </w:r>
            <w:r w:rsidRPr="00B26D00">
              <w:rPr>
                <w:rFonts w:ascii="Times New Roman" w:hAnsi="Times New Roman" w:cs="Times New Roman"/>
                <w:sz w:val="22"/>
              </w:rPr>
              <w:t xml:space="preserve"> Recunoașterea tipurilor de surse istorice pentru a le valorifica în diverse contexte de viață.</w:t>
            </w:r>
          </w:p>
          <w:p w14:paraId="36B6926B" w14:textId="77777777" w:rsidR="00543208" w:rsidRPr="00B26D00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B26D00">
              <w:rPr>
                <w:rFonts w:ascii="Times New Roman" w:hAnsi="Times New Roman" w:cs="Times New Roman"/>
                <w:b/>
                <w:bCs/>
                <w:sz w:val="22"/>
              </w:rPr>
              <w:t>2.2.</w:t>
            </w:r>
            <w:r w:rsidRPr="00B26D00">
              <w:rPr>
                <w:rFonts w:ascii="Times New Roman" w:hAnsi="Times New Roman" w:cs="Times New Roman"/>
                <w:sz w:val="22"/>
              </w:rPr>
              <w:t xml:space="preserve"> Extragerea informațiilor din surse diferite pe baza unor repere istorice.</w:t>
            </w:r>
          </w:p>
          <w:p w14:paraId="151BF601" w14:textId="77777777" w:rsidR="00543208" w:rsidRPr="00B26D00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B26D00">
              <w:rPr>
                <w:rFonts w:ascii="Times New Roman" w:hAnsi="Times New Roman" w:cs="Times New Roman"/>
                <w:b/>
                <w:bCs/>
                <w:sz w:val="22"/>
              </w:rPr>
              <w:t>3.1.</w:t>
            </w:r>
            <w:r w:rsidRPr="00B26D00">
              <w:rPr>
                <w:rFonts w:ascii="Times New Roman" w:hAnsi="Times New Roman" w:cs="Times New Roman"/>
                <w:sz w:val="22"/>
              </w:rPr>
              <w:t xml:space="preserve"> Descrierea evoluției formelor de organizare politică în epoci istorice diferite.</w:t>
            </w:r>
          </w:p>
          <w:p w14:paraId="6CB943C0" w14:textId="77777777" w:rsidR="00543208" w:rsidRPr="00B26D00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B26D00">
              <w:rPr>
                <w:rFonts w:ascii="Times New Roman" w:hAnsi="Times New Roman" w:cs="Times New Roman"/>
                <w:b/>
                <w:bCs/>
                <w:sz w:val="22"/>
              </w:rPr>
              <w:t>3.2.</w:t>
            </w:r>
            <w:r w:rsidRPr="00B26D00">
              <w:rPr>
                <w:rFonts w:ascii="Times New Roman" w:hAnsi="Times New Roman" w:cs="Times New Roman"/>
                <w:sz w:val="22"/>
              </w:rPr>
              <w:t xml:space="preserve"> Recunoașterea elementelor civice și culturale care contribuie la identitatea Europei contemporane.</w:t>
            </w:r>
          </w:p>
          <w:p w14:paraId="1A691038" w14:textId="77777777" w:rsidR="00543208" w:rsidRPr="00B26D00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B26D00">
              <w:rPr>
                <w:rFonts w:ascii="Times New Roman" w:hAnsi="Times New Roman" w:cs="Times New Roman"/>
                <w:b/>
                <w:bCs/>
                <w:sz w:val="22"/>
              </w:rPr>
              <w:t>4.1.</w:t>
            </w:r>
            <w:r w:rsidRPr="00B26D00">
              <w:rPr>
                <w:rFonts w:ascii="Times New Roman" w:hAnsi="Times New Roman" w:cs="Times New Roman"/>
                <w:sz w:val="22"/>
              </w:rPr>
              <w:t xml:space="preserve"> Selectarea surselor necesare pentru prezentarea unui eveniment și/sau proces istoric.</w:t>
            </w:r>
          </w:p>
          <w:p w14:paraId="4B9FE45F" w14:textId="77777777" w:rsidR="00543208" w:rsidRDefault="00000000">
            <w:r w:rsidRPr="00B26D00">
              <w:rPr>
                <w:rFonts w:ascii="Times New Roman" w:hAnsi="Times New Roman" w:cs="Times New Roman"/>
                <w:sz w:val="22"/>
              </w:rPr>
              <w:t>4.2. Organizarea informațiilor din mai multe surse pentru realizarea unui proiect.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008FAE9" w14:textId="77777777" w:rsidR="00543208" w:rsidRPr="00B26D00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B26D00">
              <w:rPr>
                <w:rFonts w:ascii="Times New Roman" w:hAnsi="Times New Roman" w:cs="Times New Roman"/>
                <w:sz w:val="22"/>
                <w:szCs w:val="40"/>
              </w:rPr>
              <w:t>• Marile descoperiri geografice: consecințe și formarea imperiilor coloniale</w:t>
            </w:r>
          </w:p>
          <w:p w14:paraId="038E93CA" w14:textId="77777777" w:rsidR="00543208" w:rsidRPr="00B26D00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B26D00">
              <w:rPr>
                <w:rFonts w:ascii="Times New Roman" w:hAnsi="Times New Roman" w:cs="Times New Roman"/>
                <w:sz w:val="22"/>
                <w:szCs w:val="40"/>
              </w:rPr>
              <w:t>• Omul - măsura tuturor lucrurilor. Umanismul</w:t>
            </w:r>
          </w:p>
          <w:p w14:paraId="0FC86961" w14:textId="77777777" w:rsidR="00543208" w:rsidRPr="00B26D00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B26D00">
              <w:rPr>
                <w:rFonts w:ascii="Times New Roman" w:hAnsi="Times New Roman" w:cs="Times New Roman"/>
                <w:sz w:val="22"/>
                <w:szCs w:val="40"/>
              </w:rPr>
              <w:t>• Renașterea: arte, literatura și științe</w:t>
            </w:r>
          </w:p>
          <w:p w14:paraId="167F5C2C" w14:textId="77777777" w:rsidR="00543208" w:rsidRPr="00B26D00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B26D00">
              <w:rPr>
                <w:rFonts w:ascii="Times New Roman" w:hAnsi="Times New Roman" w:cs="Times New Roman"/>
                <w:sz w:val="22"/>
                <w:szCs w:val="40"/>
              </w:rPr>
              <w:t>• Reforma religioasă și impactul asupra Europei</w:t>
            </w:r>
          </w:p>
          <w:p w14:paraId="2EFFC4B9" w14:textId="0C26F7CF" w:rsidR="00543208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B26D00">
              <w:rPr>
                <w:rFonts w:ascii="Times New Roman" w:hAnsi="Times New Roman" w:cs="Times New Roman"/>
                <w:sz w:val="22"/>
                <w:szCs w:val="40"/>
              </w:rPr>
              <w:t xml:space="preserve">• «Statul sunt Eu!» Absolutismul </w:t>
            </w:r>
            <w:r w:rsidR="00B26D00">
              <w:rPr>
                <w:rFonts w:ascii="Times New Roman" w:hAnsi="Times New Roman" w:cs="Times New Roman"/>
                <w:sz w:val="22"/>
                <w:szCs w:val="40"/>
              </w:rPr>
              <w:t>monarchic</w:t>
            </w:r>
          </w:p>
          <w:p w14:paraId="7DC1D4E7" w14:textId="77777777" w:rsidR="00B26D00" w:rsidRPr="00B26D00" w:rsidRDefault="00B26D00">
            <w:pPr>
              <w:rPr>
                <w:rFonts w:ascii="Times New Roman" w:hAnsi="Times New Roman" w:cs="Times New Roman"/>
                <w:sz w:val="32"/>
                <w:szCs w:val="40"/>
              </w:rPr>
            </w:pPr>
          </w:p>
          <w:p w14:paraId="252AC4A6" w14:textId="77777777" w:rsidR="00543208" w:rsidRPr="00B26D00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B26D00">
              <w:rPr>
                <w:rFonts w:ascii="Times New Roman" w:hAnsi="Times New Roman" w:cs="Times New Roman"/>
                <w:sz w:val="22"/>
                <w:szCs w:val="40"/>
              </w:rPr>
              <w:t>• Recapitulare finală</w:t>
            </w:r>
          </w:p>
          <w:p w14:paraId="74C6ED2B" w14:textId="77777777" w:rsidR="00543208" w:rsidRDefault="00000000">
            <w:r w:rsidRPr="00B26D00">
              <w:rPr>
                <w:rFonts w:ascii="Times New Roman" w:hAnsi="Times New Roman" w:cs="Times New Roman"/>
                <w:sz w:val="22"/>
                <w:szCs w:val="40"/>
              </w:rPr>
              <w:t>• Evaluare finală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F9A3F23" w14:textId="77777777" w:rsidR="00543208" w:rsidRDefault="00B26D00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  <w:r w:rsidRPr="00B26D00">
              <w:rPr>
                <w:rFonts w:ascii="Times New Roman" w:hAnsi="Times New Roman" w:cs="Times New Roman"/>
                <w:bCs/>
                <w:sz w:val="22"/>
                <w:szCs w:val="36"/>
              </w:rPr>
              <w:t>5</w:t>
            </w:r>
          </w:p>
          <w:p w14:paraId="449BFFAC" w14:textId="77777777" w:rsidR="00B26D00" w:rsidRDefault="00B26D00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7DD0A222" w14:textId="77777777" w:rsidR="00B26D00" w:rsidRDefault="00B26D00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4D15D5B2" w14:textId="77777777" w:rsidR="00B26D00" w:rsidRDefault="00B26D00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6834D578" w14:textId="77777777" w:rsidR="00B26D00" w:rsidRDefault="00B26D00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4A90851F" w14:textId="77777777" w:rsidR="00B26D00" w:rsidRDefault="00B26D00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0048BA22" w14:textId="77777777" w:rsidR="00B26D00" w:rsidRDefault="00B26D00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43EC8E4E" w14:textId="77777777" w:rsidR="00B26D00" w:rsidRDefault="00B26D00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002DB286" w14:textId="77777777" w:rsidR="00B26D00" w:rsidRPr="00B26D00" w:rsidRDefault="00B26D00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0E8574CC" w14:textId="0B7521D9" w:rsidR="00B26D00" w:rsidRDefault="00B26D00">
            <w:pPr>
              <w:jc w:val="center"/>
            </w:pPr>
            <w:r w:rsidRPr="00B26D00">
              <w:rPr>
                <w:rFonts w:ascii="Times New Roman" w:hAnsi="Times New Roman" w:cs="Times New Roman"/>
                <w:bCs/>
                <w:sz w:val="22"/>
                <w:szCs w:val="36"/>
              </w:rPr>
              <w:t>2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0DE786C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36"/>
                <w:szCs w:val="44"/>
                <w:vertAlign w:val="subscript"/>
              </w:rPr>
            </w:pPr>
            <w:r w:rsidRPr="00B26D00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r w:rsidRPr="00B26D00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30  05-07 V</w:t>
            </w:r>
          </w:p>
          <w:p w14:paraId="61BE978E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36"/>
                <w:szCs w:val="44"/>
                <w:vertAlign w:val="subscript"/>
              </w:rPr>
            </w:pPr>
            <w:r w:rsidRPr="00B26D00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r w:rsidRPr="00B26D00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31  10-14 V</w:t>
            </w:r>
          </w:p>
          <w:p w14:paraId="67C917FF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36"/>
                <w:szCs w:val="44"/>
                <w:vertAlign w:val="subscript"/>
              </w:rPr>
            </w:pPr>
            <w:r w:rsidRPr="00B26D00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r w:rsidRPr="00B26D00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32  17-21 V</w:t>
            </w:r>
          </w:p>
          <w:p w14:paraId="28AA83AE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36"/>
                <w:szCs w:val="44"/>
                <w:vertAlign w:val="subscript"/>
              </w:rPr>
            </w:pPr>
            <w:r w:rsidRPr="00B26D00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r w:rsidRPr="00B26D00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33  24-28 V</w:t>
            </w:r>
          </w:p>
          <w:p w14:paraId="308A6F39" w14:textId="77777777" w:rsidR="00543208" w:rsidRDefault="00000000">
            <w:pPr>
              <w:jc w:val="center"/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</w:pPr>
            <w:r w:rsidRPr="00B26D00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r w:rsidRPr="00B26D00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34  31 V-04 VI</w:t>
            </w:r>
          </w:p>
          <w:p w14:paraId="00A5E957" w14:textId="77777777" w:rsidR="00B26D00" w:rsidRDefault="00B26D00">
            <w:pPr>
              <w:jc w:val="center"/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</w:pPr>
          </w:p>
          <w:p w14:paraId="1B5ED5B4" w14:textId="77777777" w:rsidR="00B26D00" w:rsidRPr="00B26D00" w:rsidRDefault="00B26D00">
            <w:pPr>
              <w:jc w:val="center"/>
              <w:rPr>
                <w:rFonts w:ascii="Times New Roman" w:hAnsi="Times New Roman" w:cs="Times New Roman"/>
                <w:sz w:val="36"/>
                <w:szCs w:val="44"/>
                <w:vertAlign w:val="subscript"/>
              </w:rPr>
            </w:pPr>
          </w:p>
          <w:p w14:paraId="49D99C59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36"/>
                <w:szCs w:val="44"/>
                <w:vertAlign w:val="subscript"/>
              </w:rPr>
            </w:pPr>
            <w:r w:rsidRPr="00B26D00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r w:rsidRPr="00B26D00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35  07-11 VI</w:t>
            </w:r>
          </w:p>
          <w:p w14:paraId="3C4FD67A" w14:textId="77777777" w:rsidR="00543208" w:rsidRDefault="00000000">
            <w:pPr>
              <w:jc w:val="center"/>
            </w:pPr>
            <w:r w:rsidRPr="00B26D00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r w:rsidRPr="00B26D00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36  14-18 VI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DE3DF7C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26D00">
              <w:rPr>
                <w:rFonts w:ascii="Times New Roman" w:hAnsi="Times New Roman" w:cs="Times New Roman"/>
                <w:sz w:val="20"/>
                <w:szCs w:val="36"/>
              </w:rPr>
              <w:t>*1 iunie - zi liberă</w:t>
            </w:r>
          </w:p>
        </w:tc>
      </w:tr>
      <w:tr w:rsidR="00543208" w14:paraId="42DCD294" w14:textId="77777777">
        <w:trPr>
          <w:cantSplit/>
          <w:jc w:val="center"/>
        </w:trPr>
        <w:tc>
          <w:tcPr>
            <w:tcW w:w="14428" w:type="dxa"/>
            <w:gridSpan w:val="7"/>
            <w:shd w:val="clear" w:color="auto" w:fill="93C47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55B190C" w14:textId="2E5114D5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24"/>
                <w:szCs w:val="40"/>
              </w:rPr>
            </w:pPr>
            <w:r w:rsidRPr="00B26D00">
              <w:rPr>
                <w:rFonts w:ascii="Times New Roman" w:hAnsi="Times New Roman" w:cs="Times New Roman"/>
                <w:b/>
                <w:sz w:val="24"/>
                <w:szCs w:val="40"/>
              </w:rPr>
              <w:t>Vacanță de var</w:t>
            </w:r>
            <w:r w:rsidR="00B26D00">
              <w:rPr>
                <w:rFonts w:ascii="Times New Roman" w:hAnsi="Times New Roman" w:cs="Times New Roman"/>
                <w:b/>
                <w:sz w:val="24"/>
                <w:szCs w:val="40"/>
              </w:rPr>
              <w:t>ă</w:t>
            </w:r>
            <w:r w:rsidRPr="00B26D00">
              <w:rPr>
                <w:rFonts w:ascii="Times New Roman" w:hAnsi="Times New Roman" w:cs="Times New Roman"/>
                <w:b/>
                <w:sz w:val="24"/>
                <w:szCs w:val="40"/>
              </w:rPr>
              <w:t xml:space="preserve"> - începând cu 19 iunie 2027</w:t>
            </w:r>
          </w:p>
        </w:tc>
      </w:tr>
    </w:tbl>
    <w:p w14:paraId="2C873CED" w14:textId="77777777" w:rsidR="00873F95" w:rsidRDefault="00873F95"/>
    <w:sectPr w:rsidR="00873F95" w:rsidSect="00034616">
      <w:footerReference w:type="default" r:id="rId8"/>
      <w:pgSz w:w="16838" w:h="11906" w:orient="landscape"/>
      <w:pgMar w:top="567" w:right="567" w:bottom="62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620A5" w14:textId="77777777" w:rsidR="001D41F1" w:rsidRDefault="001D41F1">
      <w:pPr>
        <w:spacing w:after="0" w:line="240" w:lineRule="auto"/>
      </w:pPr>
      <w:r>
        <w:separator/>
      </w:r>
    </w:p>
  </w:endnote>
  <w:endnote w:type="continuationSeparator" w:id="0">
    <w:p w14:paraId="6E8EF0D3" w14:textId="77777777" w:rsidR="001D41F1" w:rsidRDefault="001D4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8CEAA" w14:textId="77777777" w:rsidR="00543208" w:rsidRDefault="00000000">
    <w:pPr>
      <w:pStyle w:val="Footer"/>
      <w:tabs>
        <w:tab w:val="left" w:pos="14457"/>
      </w:tabs>
    </w:pPr>
    <w:r>
      <w:rPr>
        <w:sz w:val="14"/>
      </w:rPr>
      <w:t>www.materialedeistorie.com</w:t>
    </w:r>
    <w:r>
      <w:tab/>
      <w:t xml:space="preserve">Pagina </w:t>
    </w:r>
    <w:r>
      <w:fldChar w:fldCharType="begin"/>
    </w:r>
    <w:r>
      <w:instrText>PAGE</w:instrText>
    </w:r>
    <w:r>
      <w:fldChar w:fldCharType="separate"/>
    </w:r>
    <w:r w:rsidR="00D464A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1C5CB" w14:textId="77777777" w:rsidR="001D41F1" w:rsidRDefault="001D41F1">
      <w:pPr>
        <w:spacing w:after="0" w:line="240" w:lineRule="auto"/>
      </w:pPr>
      <w:r>
        <w:separator/>
      </w:r>
    </w:p>
  </w:footnote>
  <w:footnote w:type="continuationSeparator" w:id="0">
    <w:p w14:paraId="6600C8ED" w14:textId="77777777" w:rsidR="001D41F1" w:rsidRDefault="001D41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7055113">
    <w:abstractNumId w:val="8"/>
  </w:num>
  <w:num w:numId="2" w16cid:durableId="1877498181">
    <w:abstractNumId w:val="6"/>
  </w:num>
  <w:num w:numId="3" w16cid:durableId="1972206629">
    <w:abstractNumId w:val="5"/>
  </w:num>
  <w:num w:numId="4" w16cid:durableId="1560480677">
    <w:abstractNumId w:val="4"/>
  </w:num>
  <w:num w:numId="5" w16cid:durableId="1806896656">
    <w:abstractNumId w:val="7"/>
  </w:num>
  <w:num w:numId="6" w16cid:durableId="2095735210">
    <w:abstractNumId w:val="3"/>
  </w:num>
  <w:num w:numId="7" w16cid:durableId="1397320620">
    <w:abstractNumId w:val="2"/>
  </w:num>
  <w:num w:numId="8" w16cid:durableId="770199605">
    <w:abstractNumId w:val="1"/>
  </w:num>
  <w:num w:numId="9" w16cid:durableId="368409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41F1"/>
    <w:rsid w:val="0024241A"/>
    <w:rsid w:val="0029639D"/>
    <w:rsid w:val="00326F90"/>
    <w:rsid w:val="00336095"/>
    <w:rsid w:val="00412AFF"/>
    <w:rsid w:val="00543208"/>
    <w:rsid w:val="007A621B"/>
    <w:rsid w:val="0084717C"/>
    <w:rsid w:val="00873F95"/>
    <w:rsid w:val="00900AEC"/>
    <w:rsid w:val="009C7643"/>
    <w:rsid w:val="00A45479"/>
    <w:rsid w:val="00AA1D8D"/>
    <w:rsid w:val="00B26D00"/>
    <w:rsid w:val="00B47730"/>
    <w:rsid w:val="00CB0664"/>
    <w:rsid w:val="00D464A2"/>
    <w:rsid w:val="00F61240"/>
    <w:rsid w:val="00F75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A9F8C4"/>
  <w14:defaultImageDpi w14:val="300"/>
  <w15:docId w15:val="{C695EA1F-BC74-437A-A10C-36BDFB91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1330</Words>
  <Characters>7585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Mihai Andries</cp:lastModifiedBy>
  <cp:revision>7</cp:revision>
  <dcterms:created xsi:type="dcterms:W3CDTF">2013-12-23T23:15:00Z</dcterms:created>
  <dcterms:modified xsi:type="dcterms:W3CDTF">2026-09-20T07:28:00Z</dcterms:modified>
  <cp:category/>
</cp:coreProperties>
</file>