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F30A" w14:textId="77777777" w:rsidR="00ED5BCB" w:rsidRDefault="00000000">
      <w:proofErr w:type="spellStart"/>
      <w:r>
        <w:rPr>
          <w:rFonts w:ascii="Arial" w:hAnsi="Arial"/>
          <w:b/>
          <w:color w:val="000000"/>
          <w:sz w:val="24"/>
        </w:rPr>
        <w:t>Unitatea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școlară</w:t>
      </w:r>
      <w:proofErr w:type="spellEnd"/>
      <w:r>
        <w:rPr>
          <w:rFonts w:ascii="Arial" w:hAnsi="Arial"/>
          <w:b/>
          <w:color w:val="000000"/>
          <w:sz w:val="24"/>
        </w:rPr>
        <w:t>: ........................................................</w:t>
      </w:r>
    </w:p>
    <w:p w14:paraId="13F98AAC" w14:textId="77777777" w:rsidR="00ED5BCB" w:rsidRDefault="00000000">
      <w:r>
        <w:rPr>
          <w:rFonts w:ascii="Arial" w:hAnsi="Arial"/>
          <w:b/>
          <w:color w:val="000000"/>
          <w:sz w:val="24"/>
        </w:rPr>
        <w:t xml:space="preserve">Aria </w:t>
      </w:r>
      <w:proofErr w:type="spellStart"/>
      <w:r>
        <w:rPr>
          <w:rFonts w:ascii="Arial" w:hAnsi="Arial"/>
          <w:b/>
          <w:color w:val="000000"/>
          <w:sz w:val="24"/>
        </w:rPr>
        <w:t>curriculară</w:t>
      </w:r>
      <w:proofErr w:type="spellEnd"/>
      <w:r>
        <w:rPr>
          <w:rFonts w:ascii="Arial" w:hAnsi="Arial"/>
          <w:b/>
          <w:color w:val="000000"/>
          <w:sz w:val="24"/>
        </w:rPr>
        <w:t xml:space="preserve">: Om </w:t>
      </w:r>
      <w:proofErr w:type="spellStart"/>
      <w:r>
        <w:rPr>
          <w:rFonts w:ascii="Arial" w:hAnsi="Arial"/>
          <w:b/>
          <w:color w:val="000000"/>
          <w:sz w:val="24"/>
        </w:rPr>
        <w:t>și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societate</w:t>
      </w:r>
      <w:proofErr w:type="spellEnd"/>
    </w:p>
    <w:p w14:paraId="67499943" w14:textId="77777777" w:rsidR="00ED5BCB" w:rsidRDefault="00000000">
      <w:proofErr w:type="spellStart"/>
      <w:r>
        <w:rPr>
          <w:rFonts w:ascii="Arial" w:hAnsi="Arial"/>
          <w:b/>
          <w:color w:val="000000"/>
          <w:sz w:val="24"/>
        </w:rPr>
        <w:t>Profesor</w:t>
      </w:r>
      <w:proofErr w:type="spellEnd"/>
      <w:r>
        <w:rPr>
          <w:rFonts w:ascii="Arial" w:hAnsi="Arial"/>
          <w:b/>
          <w:color w:val="000000"/>
          <w:sz w:val="24"/>
        </w:rPr>
        <w:t>: ........................................................................</w:t>
      </w:r>
    </w:p>
    <w:p w14:paraId="0D8982B3" w14:textId="77777777" w:rsidR="00ED5BCB" w:rsidRDefault="00000000">
      <w:pPr>
        <w:jc w:val="right"/>
      </w:pPr>
      <w:proofErr w:type="spellStart"/>
      <w:r>
        <w:rPr>
          <w:rFonts w:ascii="Arial" w:hAnsi="Arial"/>
          <w:b/>
          <w:color w:val="000000"/>
          <w:sz w:val="24"/>
        </w:rPr>
        <w:t>Aviz</w:t>
      </w:r>
      <w:proofErr w:type="spellEnd"/>
      <w:r>
        <w:rPr>
          <w:rFonts w:ascii="Arial" w:hAnsi="Arial"/>
          <w:b/>
          <w:color w:val="000000"/>
          <w:sz w:val="24"/>
        </w:rPr>
        <w:t xml:space="preserve"> Director,</w:t>
      </w:r>
    </w:p>
    <w:p w14:paraId="6F67BAF5" w14:textId="77777777" w:rsidR="00ED5BCB" w:rsidRDefault="00000000">
      <w:pPr>
        <w:spacing w:before="800"/>
        <w:jc w:val="right"/>
      </w:pPr>
      <w:proofErr w:type="spellStart"/>
      <w:r>
        <w:rPr>
          <w:rFonts w:ascii="Arial" w:hAnsi="Arial"/>
          <w:b/>
          <w:color w:val="000000"/>
          <w:sz w:val="24"/>
        </w:rPr>
        <w:t>Aviz</w:t>
      </w:r>
      <w:proofErr w:type="spellEnd"/>
      <w:r>
        <w:rPr>
          <w:rFonts w:ascii="Arial" w:hAnsi="Arial"/>
          <w:b/>
          <w:color w:val="000000"/>
          <w:sz w:val="24"/>
        </w:rPr>
        <w:br/>
      </w:r>
      <w:proofErr w:type="spellStart"/>
      <w:r>
        <w:rPr>
          <w:rFonts w:ascii="Arial" w:hAnsi="Arial"/>
          <w:b/>
          <w:color w:val="000000"/>
          <w:sz w:val="24"/>
        </w:rPr>
        <w:t>Responsabil</w:t>
      </w:r>
      <w:proofErr w:type="spellEnd"/>
      <w:r>
        <w:rPr>
          <w:rFonts w:ascii="Arial" w:hAnsi="Arial"/>
          <w:b/>
          <w:color w:val="000000"/>
          <w:sz w:val="24"/>
        </w:rPr>
        <w:t xml:space="preserve"> Arie </w:t>
      </w:r>
      <w:proofErr w:type="spellStart"/>
      <w:r>
        <w:rPr>
          <w:rFonts w:ascii="Arial" w:hAnsi="Arial"/>
          <w:b/>
          <w:color w:val="000000"/>
          <w:sz w:val="24"/>
        </w:rPr>
        <w:t>curriculară</w:t>
      </w:r>
      <w:proofErr w:type="spellEnd"/>
    </w:p>
    <w:p w14:paraId="797C301A" w14:textId="77777777" w:rsidR="00ED5BCB" w:rsidRDefault="00000000">
      <w:pPr>
        <w:spacing w:before="1560" w:after="120"/>
        <w:jc w:val="center"/>
      </w:pPr>
      <w:r>
        <w:rPr>
          <w:rFonts w:ascii="Arial" w:hAnsi="Arial"/>
          <w:b/>
          <w:color w:val="000000"/>
          <w:sz w:val="46"/>
        </w:rPr>
        <w:t>PLANIFICARE ANUALĂ 2026-2027</w:t>
      </w:r>
    </w:p>
    <w:p w14:paraId="2C4E5340" w14:textId="77777777" w:rsidR="00ED5BCB" w:rsidRDefault="00000000">
      <w:pPr>
        <w:spacing w:after="120"/>
        <w:jc w:val="center"/>
      </w:pPr>
      <w:r>
        <w:rPr>
          <w:rFonts w:ascii="Arial" w:hAnsi="Arial"/>
          <w:b/>
          <w:color w:val="000000"/>
          <w:sz w:val="42"/>
        </w:rPr>
        <w:t>DISCIPLINA ISTORIE - CLASA A VI-A</w:t>
      </w:r>
    </w:p>
    <w:p w14:paraId="53DC9730" w14:textId="77777777" w:rsidR="00ED5BCB" w:rsidRDefault="00000000">
      <w:pPr>
        <w:jc w:val="center"/>
      </w:pPr>
      <w:r>
        <w:rPr>
          <w:rFonts w:ascii="Arial" w:hAnsi="Arial"/>
          <w:b/>
          <w:color w:val="000000"/>
          <w:sz w:val="36"/>
        </w:rPr>
        <w:t>1 h/</w:t>
      </w:r>
      <w:proofErr w:type="spellStart"/>
      <w:r>
        <w:rPr>
          <w:rFonts w:ascii="Arial" w:hAnsi="Arial"/>
          <w:b/>
          <w:color w:val="000000"/>
          <w:sz w:val="36"/>
        </w:rPr>
        <w:t>săptămână</w:t>
      </w:r>
      <w:proofErr w:type="spellEnd"/>
    </w:p>
    <w:p w14:paraId="50A0FD94" w14:textId="77777777" w:rsidR="00ED5BCB" w:rsidRDefault="00ED5BCB">
      <w:pPr>
        <w:sectPr w:rsidR="00ED5BCB">
          <w:headerReference w:type="default" r:id="rId8"/>
          <w:footerReference w:type="default" r:id="rId9"/>
          <w:pgSz w:w="11906" w:h="16838"/>
          <w:pgMar w:top="1020" w:right="1020" w:bottom="1020" w:left="1020" w:header="720" w:footer="720" w:gutter="0"/>
          <w:cols w:space="720"/>
          <w:docGrid w:linePitch="360"/>
        </w:sectPr>
      </w:pPr>
    </w:p>
    <w:p w14:paraId="4B2CFB3E" w14:textId="77777777" w:rsidR="00ED5BCB" w:rsidRPr="00AA427A" w:rsidRDefault="00ED5BCB">
      <w:pPr>
        <w:spacing w:after="280"/>
        <w:rPr>
          <w:rFonts w:ascii="Times New Roman" w:hAnsi="Times New Roman" w:cs="Times New Roman"/>
          <w:sz w:val="24"/>
          <w:szCs w:val="24"/>
        </w:rPr>
      </w:pPr>
    </w:p>
    <w:p w14:paraId="17AF699E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t>PLANIFICARE CALENDARISTICĂ ANUALĂ</w:t>
      </w:r>
    </w:p>
    <w:p w14:paraId="3F73A20C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I - 7 </w:t>
      </w:r>
      <w:proofErr w:type="spellStart"/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43C043DE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1C836B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EA90A4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BBA538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BE0D51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11AA34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BB5533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6AF96B8A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F87A48" w14:textId="77777777" w:rsidR="00ED5BCB" w:rsidRDefault="00ED5BCB">
            <w:pPr>
              <w:jc w:val="center"/>
            </w:pP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7805CD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838E05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Test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predictiv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EC3C1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CA3C3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1  07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-11 IX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75A9A2" w14:textId="77777777" w:rsidR="00ED5BCB" w:rsidRDefault="00ED5BCB">
            <w:pPr>
              <w:jc w:val="center"/>
            </w:pPr>
          </w:p>
        </w:tc>
      </w:tr>
      <w:tr w:rsidR="00ED5BCB" w14:paraId="7F57CF7A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D9F761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CĂLĂTORI ȘI CĂLĂTORII - EUROPA ȘI LUMEA NOUĂ</w:t>
            </w:r>
          </w:p>
          <w:p w14:paraId="6982D614" w14:textId="77777777" w:rsidR="00ED5BCB" w:rsidRDefault="00ED5BCB"/>
          <w:p w14:paraId="5B5BA93C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78592E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</w:p>
          <w:p w14:paraId="3202399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1A691833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D2200A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Călătoriile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percepția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spațiului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Evul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Mediu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mijloace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transport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23EC5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2F5F4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2  14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-18 IX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665F02" w14:textId="77777777" w:rsidR="00ED5BCB" w:rsidRDefault="00ED5BCB">
            <w:pPr>
              <w:jc w:val="center"/>
            </w:pPr>
          </w:p>
        </w:tc>
      </w:tr>
      <w:tr w:rsidR="00ED5BCB" w14:paraId="7B716331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BF6FFB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937E957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FFA3CB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Marile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descoperiri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ale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europenilor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drumuri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teritorii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consecințe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asupra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vieții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oamenilor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3B7FE1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A5D27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3  21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-25 IX</w:t>
            </w:r>
            <w:r w:rsidRPr="00AA427A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4  28 IX-02 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884FFD" w14:textId="77777777" w:rsidR="00ED5BCB" w:rsidRDefault="00ED5BCB">
            <w:pPr>
              <w:jc w:val="center"/>
            </w:pPr>
          </w:p>
        </w:tc>
      </w:tr>
      <w:tr w:rsidR="00ED5BCB" w14:paraId="5F54E0DF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F7372D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0C943C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79FA84C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Lumea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Nouă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cunoaștere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misionarism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exploatare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08580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25FE61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5  05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-09 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9C903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5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octombrie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- zi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liberă</w:t>
            </w:r>
            <w:proofErr w:type="spellEnd"/>
          </w:p>
        </w:tc>
      </w:tr>
      <w:tr w:rsidR="00ED5BCB" w14:paraId="222A1586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43BDE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28"/>
              </w:rPr>
              <w:t>RECAPITULARE/EVALUARE</w:t>
            </w:r>
            <w:r w:rsidRPr="00AA427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000000"/>
                <w:szCs w:val="28"/>
              </w:rPr>
              <w:t>CĂLĂTORI ȘI CĂLĂTORII - EUROPA ȘI LUMEA NOUĂ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D825A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2 ore</w:t>
            </w:r>
            <w:r w:rsidRPr="00AA427A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CB3FBB">
              <w:rPr>
                <w:rFonts w:ascii="Times New Roman" w:hAnsi="Times New Roman" w:cs="Times New Roman"/>
                <w:b/>
                <w:color w:val="000000"/>
                <w:sz w:val="24"/>
                <w:szCs w:val="36"/>
              </w:rPr>
              <w:t>S</w:t>
            </w:r>
            <w:proofErr w:type="gramStart"/>
            <w:r w:rsidRPr="00CB3FBB">
              <w:rPr>
                <w:rFonts w:ascii="Times New Roman" w:hAnsi="Times New Roman" w:cs="Times New Roman"/>
                <w:b/>
                <w:color w:val="000000"/>
                <w:sz w:val="24"/>
                <w:szCs w:val="36"/>
                <w:vertAlign w:val="subscript"/>
              </w:rPr>
              <w:t>6  12</w:t>
            </w:r>
            <w:proofErr w:type="gramEnd"/>
            <w:r w:rsidRPr="00CB3FBB">
              <w:rPr>
                <w:rFonts w:ascii="Times New Roman" w:hAnsi="Times New Roman" w:cs="Times New Roman"/>
                <w:b/>
                <w:color w:val="000000"/>
                <w:sz w:val="24"/>
                <w:szCs w:val="36"/>
                <w:vertAlign w:val="subscript"/>
              </w:rPr>
              <w:t>-16 X</w:t>
            </w:r>
            <w:r w:rsidRPr="00AA427A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CB3FBB">
              <w:rPr>
                <w:rFonts w:ascii="Times New Roman" w:hAnsi="Times New Roman" w:cs="Times New Roman"/>
                <w:b/>
                <w:color w:val="000000"/>
                <w:sz w:val="24"/>
                <w:szCs w:val="36"/>
              </w:rPr>
              <w:t>S</w:t>
            </w:r>
            <w:r w:rsidRPr="00CB3FBB">
              <w:rPr>
                <w:rFonts w:ascii="Times New Roman" w:hAnsi="Times New Roman" w:cs="Times New Roman"/>
                <w:b/>
                <w:color w:val="000000"/>
                <w:sz w:val="24"/>
                <w:szCs w:val="36"/>
                <w:vertAlign w:val="subscript"/>
              </w:rPr>
              <w:t>7  19-23 X</w:t>
            </w:r>
          </w:p>
        </w:tc>
      </w:tr>
      <w:tr w:rsidR="00ED5BCB" w14:paraId="62FD77CA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8867A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- 24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octombrie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- 1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noiembrie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2026</w:t>
            </w:r>
          </w:p>
        </w:tc>
      </w:tr>
    </w:tbl>
    <w:p w14:paraId="30E95F78" w14:textId="77777777" w:rsidR="00ED5BCB" w:rsidRDefault="00000000">
      <w:r>
        <w:br w:type="page"/>
      </w:r>
    </w:p>
    <w:p w14:paraId="04004554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19706CFA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II-LEA - 8 </w:t>
      </w:r>
      <w:proofErr w:type="spellStart"/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27F3E388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1174E9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DBECA0F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5AA33A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34B29F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B573B3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247046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2D8D0447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6C916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GENEZA SPIRITULUI MODERN</w:t>
            </w:r>
          </w:p>
          <w:p w14:paraId="2A13FC35" w14:textId="77777777" w:rsidR="00ED5BCB" w:rsidRDefault="00ED5BCB"/>
          <w:p w14:paraId="5BBF4F86" w14:textId="77777777" w:rsidR="00ED5BCB" w:rsidRDefault="00ED5BCB"/>
          <w:p w14:paraId="555AB274" w14:textId="77777777" w:rsidR="00ED5BCB" w:rsidRDefault="00ED5BCB"/>
          <w:p w14:paraId="137CDFC3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A10A97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  <w:p w14:paraId="15201907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0B6CD0A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688E39F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33538124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8E20F0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Renașterea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geneza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spiritului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modern,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umanismul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926F6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C7AE1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8  02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-06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6D5CC6" w14:textId="77777777" w:rsidR="00ED5BCB" w:rsidRDefault="00ED5BCB">
            <w:pPr>
              <w:jc w:val="center"/>
            </w:pPr>
          </w:p>
        </w:tc>
      </w:tr>
      <w:tr w:rsidR="00ED5BCB" w14:paraId="66E525E1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E9E473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8EDBC49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5D1250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Leonardo da Vinci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Michelangelo Buonarroti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94601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36B103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9  09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-13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31A073" w14:textId="77777777" w:rsidR="00ED5BCB" w:rsidRDefault="00ED5BCB">
            <w:pPr>
              <w:jc w:val="center"/>
            </w:pPr>
          </w:p>
        </w:tc>
      </w:tr>
      <w:tr w:rsidR="00ED5BCB" w14:paraId="1A5AA317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EB1B3A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806EE3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F2AED2E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: Niccolò Machiavelli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D9DB26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B907B1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10  16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-20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168BE55" w14:textId="77777777" w:rsidR="00ED5BCB" w:rsidRDefault="00ED5BCB">
            <w:pPr>
              <w:jc w:val="center"/>
            </w:pPr>
          </w:p>
        </w:tc>
      </w:tr>
      <w:tr w:rsidR="00ED5BCB" w14:paraId="39F31AD6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2F6586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569A0D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60AC6F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Giordano Bruno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Galileo Galilei; William Shakespeare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C3CB4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5A6266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11  23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-27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7DA36B" w14:textId="77777777" w:rsidR="00ED5BCB" w:rsidRDefault="00ED5BCB">
            <w:pPr>
              <w:jc w:val="center"/>
            </w:pPr>
          </w:p>
        </w:tc>
      </w:tr>
      <w:tr w:rsidR="00ED5BCB" w14:paraId="59DE050C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594AD9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2994F23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E7D9F32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Reforma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Contrareforma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.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45124D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FE6D1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12  30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 xml:space="preserve"> XI-04 XII</w:t>
            </w:r>
            <w:r w:rsidRPr="00AA427A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13  07-11 XII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AC25A1" w14:textId="77777777" w:rsidR="00AA427A" w:rsidRDefault="00AA427A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30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noiembrie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și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  <w:p w14:paraId="452C91B1" w14:textId="77777777" w:rsidR="00ED5BCB" w:rsidRDefault="00000000">
            <w:pPr>
              <w:jc w:val="center"/>
            </w:pPr>
            <w:r>
              <w:rPr>
                <w:rFonts w:ascii="Arial" w:hAnsi="Arial"/>
                <w:color w:val="000000"/>
                <w:sz w:val="16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decembrie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AA427A">
              <w:rPr>
                <w:rFonts w:ascii="Arial" w:hAnsi="Arial"/>
                <w:color w:val="000000"/>
                <w:sz w:val="16"/>
              </w:rPr>
              <w:t>–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zi</w:t>
            </w:r>
            <w:r w:rsidR="00AA427A">
              <w:rPr>
                <w:rFonts w:ascii="Arial" w:hAnsi="Arial"/>
                <w:color w:val="000000"/>
                <w:sz w:val="16"/>
              </w:rPr>
              <w:t>le</w:t>
            </w:r>
            <w:proofErr w:type="spellEnd"/>
            <w:r w:rsidR="00AA427A"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liber</w:t>
            </w:r>
            <w:r w:rsidR="00AA427A">
              <w:rPr>
                <w:rFonts w:ascii="Arial" w:hAnsi="Arial"/>
                <w:color w:val="000000"/>
                <w:sz w:val="16"/>
              </w:rPr>
              <w:t>e</w:t>
            </w:r>
            <w:proofErr w:type="spellEnd"/>
          </w:p>
        </w:tc>
      </w:tr>
      <w:tr w:rsidR="00ED5BCB" w14:paraId="3241C768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F4CCCC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5747DB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Activități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extrașcolare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extracurriculare</w:t>
            </w:r>
            <w:proofErr w:type="spellEnd"/>
            <w:r w:rsidRPr="00AA427A">
              <w:rPr>
                <w:rFonts w:ascii="Times New Roman" w:hAnsi="Times New Roman" w:cs="Times New Roman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C00000"/>
              </w:rPr>
              <w:t>„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Școala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altfel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>”</w:t>
            </w:r>
          </w:p>
        </w:tc>
        <w:tc>
          <w:tcPr>
            <w:tcW w:w="1417" w:type="dxa"/>
            <w:gridSpan w:val="3"/>
            <w:shd w:val="clear" w:color="auto" w:fill="F4CCCC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07C5F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C00000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C00000"/>
                <w:vertAlign w:val="subscript"/>
              </w:rPr>
              <w:t>14  14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C00000"/>
                <w:vertAlign w:val="subscript"/>
              </w:rPr>
              <w:t>-18 XII</w:t>
            </w:r>
          </w:p>
        </w:tc>
      </w:tr>
      <w:tr w:rsidR="00ED5BCB" w14:paraId="7EE64E16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8BA93D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lastRenderedPageBreak/>
              <w:t>GENEZA SPIRITULUI MODERN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E85570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228014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Barocul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9869A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1A75E6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15  21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-22 XII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29DBE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doar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2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zile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luni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marți</w:t>
            </w:r>
            <w:proofErr w:type="spellEnd"/>
          </w:p>
        </w:tc>
      </w:tr>
      <w:tr w:rsidR="00ED5BCB" w14:paraId="3604DD42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4E970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- 23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decembrie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2026 - 10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ianuarie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2027</w:t>
            </w:r>
          </w:p>
        </w:tc>
      </w:tr>
    </w:tbl>
    <w:p w14:paraId="73A8EE29" w14:textId="77777777" w:rsidR="00ED5BCB" w:rsidRDefault="00000000">
      <w:r>
        <w:br w:type="page"/>
      </w:r>
    </w:p>
    <w:p w14:paraId="32C59C26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62041E04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III-LEA - 7 </w:t>
      </w:r>
      <w:proofErr w:type="spellStart"/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2A03A53E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0072D8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4297D1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C7147A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696735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A942C2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72D289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19174720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E6FC56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GENEZA SPIRITULUI MODERN</w:t>
            </w:r>
          </w:p>
          <w:p w14:paraId="006B4DA8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  <w:p w14:paraId="2F8ED46A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  <w:p w14:paraId="1577AAB2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DC38E2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7EF980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Absolutismul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3678F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CB1BE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16  11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-15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F96EAA" w14:textId="77777777" w:rsidR="00ED5BCB" w:rsidRDefault="00ED5BCB">
            <w:pPr>
              <w:jc w:val="center"/>
            </w:pPr>
          </w:p>
        </w:tc>
      </w:tr>
      <w:tr w:rsidR="00ED5BCB" w14:paraId="1599D726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106886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86A49C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65DCE5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Soliman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Magnificul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D8306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C6D3E3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17  18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-22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BB82E8" w14:textId="77777777" w:rsidR="00ED5BCB" w:rsidRDefault="00ED5BCB">
            <w:pPr>
              <w:jc w:val="center"/>
            </w:pPr>
          </w:p>
        </w:tc>
      </w:tr>
      <w:tr w:rsidR="00ED5BCB" w14:paraId="4FF4B0F3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DF909D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BBBFA3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B39991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Ludovic al XIV-lea.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Palatul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la Versailles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E17493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6067E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18  25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-29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7F9145" w14:textId="77777777" w:rsidR="00ED5BCB" w:rsidRDefault="00ED5BCB">
            <w:pPr>
              <w:jc w:val="center"/>
            </w:pPr>
          </w:p>
        </w:tc>
      </w:tr>
      <w:tr w:rsidR="00ED5BCB" w14:paraId="2F6486F2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352C8C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FAE1A3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AED78C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Petru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cel Mare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8FEB9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4D5ED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19  01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-05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3B276F" w14:textId="77777777" w:rsidR="00ED5BCB" w:rsidRDefault="00ED5BCB">
            <w:pPr>
              <w:jc w:val="center"/>
            </w:pPr>
          </w:p>
        </w:tc>
      </w:tr>
      <w:tr w:rsidR="00ED5BCB" w14:paraId="4A370288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99BF8A" w14:textId="77777777" w:rsidR="00AA427A" w:rsidRDefault="00AA427A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32"/>
              </w:rPr>
            </w:pPr>
          </w:p>
          <w:p w14:paraId="2B55F1D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  <w:p w14:paraId="1B2C983C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D8ED52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152D1E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2870B8EF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077364EC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70F358C5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Revoluția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Glorioasă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A16FC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49386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20  08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-12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2066400" w14:textId="77777777" w:rsidR="00ED5BCB" w:rsidRDefault="00ED5BCB">
            <w:pPr>
              <w:jc w:val="center"/>
            </w:pPr>
          </w:p>
        </w:tc>
      </w:tr>
      <w:tr w:rsidR="00ED5BCB" w14:paraId="2B5A233B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68ED88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6D47E2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6B7BE6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Iluminismul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-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rațiune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drepturi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implicarea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oamenilor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viața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publică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7CF56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DE676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21  15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-19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309F3F" w14:textId="77777777" w:rsidR="00ED5BCB" w:rsidRDefault="00ED5BCB">
            <w:pPr>
              <w:jc w:val="center"/>
            </w:pPr>
          </w:p>
        </w:tc>
      </w:tr>
      <w:tr w:rsidR="00ED5BCB" w14:paraId="764C10E6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066547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681C46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118E36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: Montesquieu, J.J. Rousseau, Voltaire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896CD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21F316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22  22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-26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77718C" w14:textId="77777777" w:rsidR="00ED5BCB" w:rsidRDefault="00ED5BCB">
            <w:pPr>
              <w:jc w:val="center"/>
            </w:pPr>
          </w:p>
        </w:tc>
      </w:tr>
      <w:tr w:rsidR="00ED5BCB" w14:paraId="01E2607C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31504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- 1-7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martie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2027</w:t>
            </w:r>
          </w:p>
        </w:tc>
      </w:tr>
    </w:tbl>
    <w:p w14:paraId="649C2599" w14:textId="77777777" w:rsidR="00ED5BCB" w:rsidRPr="008177D0" w:rsidRDefault="00000000" w:rsidP="008177D0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8177D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555B5366" w14:textId="77777777" w:rsidR="00ED5BCB" w:rsidRPr="008177D0" w:rsidRDefault="00000000" w:rsidP="008177D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IV-LEA - 7 </w:t>
      </w:r>
      <w:proofErr w:type="spellStart"/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2E0F0E34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9B415A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26F69A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CF7B24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B3DE09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59BD75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C62890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04B9C193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A0BE54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  <w:p w14:paraId="3BB26366" w14:textId="77777777" w:rsidR="00ED5BCB" w:rsidRDefault="00ED5BCB"/>
          <w:p w14:paraId="459C1373" w14:textId="77777777" w:rsidR="00ED5BCB" w:rsidRDefault="00ED5BCB"/>
          <w:p w14:paraId="0FA302FD" w14:textId="77777777" w:rsidR="00ED5BCB" w:rsidRDefault="00ED5BCB"/>
          <w:p w14:paraId="7BB66013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90B3A3" w14:textId="77777777" w:rsidR="00ED5BCB" w:rsidRPr="008177D0" w:rsidRDefault="0000000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1.1.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1.2.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2.2.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2.3.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3.1.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3.2.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3.3.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4.1.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4.2.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483C13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Viața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cotidiană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Opinia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publică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secolul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al XVIII-lea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355FC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A8E61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23  08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-12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908136" w14:textId="77777777" w:rsidR="00ED5BCB" w:rsidRDefault="00ED5BCB">
            <w:pPr>
              <w:jc w:val="center"/>
            </w:pPr>
          </w:p>
        </w:tc>
      </w:tr>
      <w:tr w:rsidR="00ED5BCB" w14:paraId="1CDC093B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43C66B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1FE28A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42C903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Constituirea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SUA.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Declarația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Independență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Constituția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.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263BC0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4CF0F6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24  15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-19 III</w:t>
            </w:r>
            <w:r w:rsidRPr="008177D0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25  22-26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8F271A" w14:textId="77777777" w:rsidR="00ED5BCB" w:rsidRDefault="00ED5BCB">
            <w:pPr>
              <w:jc w:val="center"/>
            </w:pPr>
          </w:p>
        </w:tc>
      </w:tr>
      <w:tr w:rsidR="00ED5BCB" w14:paraId="065D35D8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5AEEC8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873A08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CA3AC6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franceză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De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supus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cetățean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Declarația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drepturilor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omului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ale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cetățeanului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3D66C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9C46D2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26  29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 xml:space="preserve"> III-02 IV</w:t>
            </w:r>
            <w:r w:rsidRPr="008177D0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27  05-09 IV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55A30F" w14:textId="77777777" w:rsidR="00ED5BCB" w:rsidRDefault="00ED5BCB">
            <w:pPr>
              <w:jc w:val="center"/>
            </w:pPr>
          </w:p>
        </w:tc>
      </w:tr>
      <w:tr w:rsidR="00ED5BCB" w14:paraId="064DFB68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E74635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7D3593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7D0577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Napoleon I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răspândirea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ideilor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franceze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Europa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47A7D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FFF5FB0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28  12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-16 IV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06C8B1" w14:textId="77777777" w:rsidR="00ED5BCB" w:rsidRDefault="00ED5BCB">
            <w:pPr>
              <w:jc w:val="center"/>
            </w:pPr>
          </w:p>
        </w:tc>
      </w:tr>
      <w:tr w:rsidR="00ED5BCB" w14:paraId="210E41E9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E2F0D9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B274B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Activități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extrașcolare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extracurriculare</w:t>
            </w:r>
            <w:proofErr w:type="spellEnd"/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A651"/>
              </w:rPr>
              <w:t>„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Săptămâna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verde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>”</w:t>
            </w:r>
          </w:p>
        </w:tc>
        <w:tc>
          <w:tcPr>
            <w:tcW w:w="1417" w:type="dxa"/>
            <w:gridSpan w:val="3"/>
            <w:shd w:val="clear" w:color="auto" w:fill="E2F0D9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3533B9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A651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00A651"/>
                <w:vertAlign w:val="subscript"/>
              </w:rPr>
              <w:t>29  19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00A651"/>
                <w:vertAlign w:val="subscript"/>
              </w:rPr>
              <w:t>-23 IV</w:t>
            </w:r>
          </w:p>
        </w:tc>
      </w:tr>
      <w:tr w:rsidR="00ED5BCB" w14:paraId="086CCA01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034B4E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- 24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aprilie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- 4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mai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2027</w:t>
            </w:r>
          </w:p>
        </w:tc>
      </w:tr>
    </w:tbl>
    <w:p w14:paraId="508E3399" w14:textId="77777777" w:rsidR="00ED5BCB" w:rsidRDefault="00000000">
      <w:r>
        <w:br w:type="page"/>
      </w:r>
    </w:p>
    <w:p w14:paraId="7A5E4700" w14:textId="77777777" w:rsidR="00ED5BCB" w:rsidRPr="008177D0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0DD6C3B6" w14:textId="77777777" w:rsidR="00ED5BCB" w:rsidRPr="00817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V-LEA - 7 </w:t>
      </w:r>
      <w:proofErr w:type="spellStart"/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3F03B0CE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1EE893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CCFF81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72E93B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6A6676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DE9713D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AA3016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34646F8E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A2AF92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363A9E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73C3A5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industrială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Impactul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viața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oamenilor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2581B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EDE4C2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30  05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-07 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6D9E73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doar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3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zile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: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miercuri-vineri</w:t>
            </w:r>
            <w:proofErr w:type="spellEnd"/>
          </w:p>
        </w:tc>
      </w:tr>
      <w:tr w:rsidR="00ED5BCB" w14:paraId="14F2A50B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1862E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RECAPITULARE ȘI EVALUARE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SPRE O NOUĂ SOCIETATE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96A989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2 ore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31  10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-14 V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32  17-21 V</w:t>
            </w:r>
          </w:p>
        </w:tc>
      </w:tr>
      <w:tr w:rsidR="00ED5BCB" w14:paraId="6BB5FEBA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B25A48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SECOLUL NAȚIONALITĂȚILOR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43E5A57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71CA1CF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Statele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moderne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emancipare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națională</w:t>
            </w:r>
            <w:proofErr w:type="spellEnd"/>
            <w:r w:rsidRPr="008177D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: 1848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Europa;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Românii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modernitatea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Formarea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statelor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naționale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secolul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al XIX-lea: Germania</w:t>
            </w:r>
            <w:r w:rsidRPr="008177D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Epoca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victoriană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. La Belle Époque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7852C0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3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0B4D57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33  24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-28 V</w:t>
            </w:r>
            <w:r w:rsidRPr="00817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34  31 V-04 VI</w:t>
            </w:r>
            <w:r w:rsidRPr="00817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35  07-11 VI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A2E849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iunie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- zi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liberă</w:t>
            </w:r>
            <w:proofErr w:type="spellEnd"/>
            <w:r w:rsidRPr="008177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5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iunie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-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Ziua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Învățătorului</w:t>
            </w:r>
            <w:proofErr w:type="spellEnd"/>
          </w:p>
        </w:tc>
      </w:tr>
      <w:tr w:rsidR="00ED5BCB" w14:paraId="40CD6246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FA06FA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RECAPITULARE ȘI EVALUARE ANUALĂ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EA83C0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 xml:space="preserve">1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</w:rPr>
              <w:t>oră</w:t>
            </w:r>
            <w:proofErr w:type="spellEnd"/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36  14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-18 VI</w:t>
            </w:r>
          </w:p>
        </w:tc>
      </w:tr>
      <w:tr w:rsidR="00ED5BCB" w14:paraId="084BCA6F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3FE548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Vacanță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vară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începând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cu 19 </w:t>
            </w: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iunie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2027</w:t>
            </w:r>
          </w:p>
        </w:tc>
      </w:tr>
    </w:tbl>
    <w:p w14:paraId="5EA1BE8B" w14:textId="77777777" w:rsidR="00076F1D" w:rsidRDefault="00076F1D" w:rsidP="008177D0"/>
    <w:sectPr w:rsidR="00076F1D" w:rsidSect="00034616">
      <w:headerReference w:type="default" r:id="rId10"/>
      <w:pgSz w:w="16838" w:h="11906" w:orient="landscape"/>
      <w:pgMar w:top="567" w:right="850" w:bottom="567" w:left="850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70D" w14:textId="77777777" w:rsidR="00B97A78" w:rsidRDefault="00B97A78">
      <w:pPr>
        <w:spacing w:after="0" w:line="240" w:lineRule="auto"/>
      </w:pPr>
      <w:r>
        <w:separator/>
      </w:r>
    </w:p>
  </w:endnote>
  <w:endnote w:type="continuationSeparator" w:id="0">
    <w:p w14:paraId="273A9732" w14:textId="77777777" w:rsidR="00B97A78" w:rsidRDefault="00B97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96BA" w14:textId="77777777" w:rsidR="003672E0" w:rsidRDefault="00367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3674" w14:textId="77777777" w:rsidR="00B97A78" w:rsidRDefault="00B97A78">
      <w:pPr>
        <w:spacing w:after="0" w:line="240" w:lineRule="auto"/>
      </w:pPr>
      <w:r>
        <w:separator/>
      </w:r>
    </w:p>
  </w:footnote>
  <w:footnote w:type="continuationSeparator" w:id="0">
    <w:p w14:paraId="4C80EBB0" w14:textId="77777777" w:rsidR="00B97A78" w:rsidRDefault="00B97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FCB2" w14:textId="77777777" w:rsidR="00ED5BCB" w:rsidRDefault="00000000">
    <w:pPr>
      <w:pStyle w:val="Header"/>
      <w:jc w:val="right"/>
    </w:pPr>
    <w:r>
      <w:rPr>
        <w:rFonts w:ascii="Arial" w:hAnsi="Arial"/>
        <w:b/>
        <w:color w:val="0000EE"/>
        <w:sz w:val="20"/>
      </w:rPr>
      <w:t>materialedeistorie.com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6AC2" w14:textId="77777777" w:rsidR="00ED5BCB" w:rsidRDefault="00000000">
    <w:pPr>
      <w:pStyle w:val="Header"/>
      <w:jc w:val="right"/>
    </w:pPr>
    <w:r>
      <w:rPr>
        <w:rFonts w:ascii="Arial" w:hAnsi="Arial"/>
        <w:b/>
        <w:color w:val="0000EE"/>
        <w:sz w:val="17"/>
      </w:rPr>
      <w:t>materialedeistorie.com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0834508">
    <w:abstractNumId w:val="8"/>
  </w:num>
  <w:num w:numId="2" w16cid:durableId="1214538359">
    <w:abstractNumId w:val="6"/>
  </w:num>
  <w:num w:numId="3" w16cid:durableId="1923371948">
    <w:abstractNumId w:val="5"/>
  </w:num>
  <w:num w:numId="4" w16cid:durableId="288823733">
    <w:abstractNumId w:val="4"/>
  </w:num>
  <w:num w:numId="5" w16cid:durableId="195041266">
    <w:abstractNumId w:val="7"/>
  </w:num>
  <w:num w:numId="6" w16cid:durableId="1656646190">
    <w:abstractNumId w:val="3"/>
  </w:num>
  <w:num w:numId="7" w16cid:durableId="1153061637">
    <w:abstractNumId w:val="2"/>
  </w:num>
  <w:num w:numId="8" w16cid:durableId="136918743">
    <w:abstractNumId w:val="1"/>
  </w:num>
  <w:num w:numId="9" w16cid:durableId="64612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806"/>
    <w:rsid w:val="0006063C"/>
    <w:rsid w:val="00076F1D"/>
    <w:rsid w:val="0015074B"/>
    <w:rsid w:val="0029639D"/>
    <w:rsid w:val="00326F90"/>
    <w:rsid w:val="003672E0"/>
    <w:rsid w:val="008177D0"/>
    <w:rsid w:val="00AA1D8D"/>
    <w:rsid w:val="00AA427A"/>
    <w:rsid w:val="00B47730"/>
    <w:rsid w:val="00B97A78"/>
    <w:rsid w:val="00CB0664"/>
    <w:rsid w:val="00CB3FBB"/>
    <w:rsid w:val="00ED5BCB"/>
    <w:rsid w:val="00F572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25719E"/>
  <w14:defaultImageDpi w14:val="300"/>
  <w15:docId w15:val="{D074354F-32B0-4835-A580-51169D95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Planificare calendaristică Istorie - clasa a VI-a - 2026-2027 - Brașov</vt:lpstr>
    </vt:vector>
  </TitlesOfParts>
  <Manager/>
  <Company/>
  <LinksUpToDate>false</LinksUpToDate>
  <CharactersWithSpaces>8241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Planificare Istorie clasa a VI-a 2026-2027 - vacanța 1-7 martie</dc:title>
  <dc:subject>Varianta pentru vacanța mobilă 1-7 martie 2027</dc:subject>
  <dc:creator/>
  <cp:keywords/>
  <dc:description>generated by python-docx</dc:description>
  <cp:lastModifiedBy>Mihai Andries</cp:lastModifiedBy>
  <cp:revision>4</cp:revision>
  <dcterms:created xsi:type="dcterms:W3CDTF">2013-12-23T23:15:00Z</dcterms:created>
  <dcterms:modified xsi:type="dcterms:W3CDTF">2026-09-08T14:01:00Z</dcterms:modified>
  <cp:category/>
</cp:coreProperties>
</file>